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21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21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1097280</wp:posOffset>
                </wp:positionV>
                <wp:extent cx="808558" cy="118872"/>
                <wp:effectExtent l="0" t="0" r="0" b="0"/>
                <wp:wrapNone/>
                <wp:docPr id="2211" name="Text 22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558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66E4A"/>
                                <w:spacing w:val="30"/>
                                <w:sz w:val="16"/>
                                <w:szCs w:val="16"/>
                              </w:rPr>
                              <w:t xml:space="preserve">ABOUT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566928</wp:posOffset>
                </wp:positionH>
                <wp:positionV relativeFrom="page">
                  <wp:posOffset>1353312</wp:posOffset>
                </wp:positionV>
                <wp:extent cx="1912210" cy="481888"/>
                <wp:effectExtent l="0" t="0" r="0" b="0"/>
                <wp:wrapNone/>
                <wp:docPr id="2212" name="Text 22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210" cy="481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Placeholder text describing</w:t>
                            </w:r>
                          </w:p>
                          <w:p>
                            <w:pPr>
                              <w:spacing w:before="0" w:after="0" w:line="27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who you are and why it</w:t>
                            </w:r>
                          </w:p>
                          <w:p>
                            <w:pPr>
                              <w:spacing w:before="0" w:after="0" w:line="27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matters to the reader.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1097280</wp:posOffset>
                </wp:positionV>
                <wp:extent cx="969864" cy="118872"/>
                <wp:effectExtent l="0" t="0" r="0" b="0"/>
                <wp:wrapNone/>
                <wp:docPr id="2213" name="Text 22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864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66E4A"/>
                                <w:spacing w:val="30"/>
                                <w:sz w:val="16"/>
                                <w:szCs w:val="16"/>
                              </w:rPr>
                              <w:t xml:space="preserve">CONTACT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1362456</wp:posOffset>
                </wp:positionV>
                <wp:extent cx="1440380" cy="731519"/>
                <wp:effectExtent l="0" t="0" r="0" b="0"/>
                <wp:wrapNone/>
                <wp:docPr id="2214" name="Text 22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380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7"/>
                                <w:szCs w:val="17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7"/>
                                <w:szCs w:val="17"/>
                              </w:rPr>
                              <w:t xml:space="preserve">hello@yourdomain.in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7"/>
                                <w:szCs w:val="17"/>
                              </w:rPr>
                              <w:t xml:space="preserve">Your address line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7"/>
                                <w:szCs w:val="17"/>
                              </w:rPr>
                              <w:t xml:space="preserve">City, PIN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3339860</wp:posOffset>
                </wp:positionH>
                <wp:positionV relativeFrom="page">
                  <wp:posOffset>3154679</wp:posOffset>
                </wp:positionV>
                <wp:extent cx="635479" cy="146304"/>
                <wp:effectExtent l="0" t="0" r="0" b="0"/>
                <wp:wrapNone/>
                <wp:docPr id="2215" name="Text 22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47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3310128</wp:posOffset>
                </wp:positionV>
                <wp:extent cx="2237808" cy="320040"/>
                <wp:effectExtent l="0" t="0" r="0" b="0"/>
                <wp:wrapNone/>
                <wp:docPr id="2216" name="Text 22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7808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4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FFFFF"/>
                                <w:sz w:val="37"/>
                                <w:szCs w:val="37"/>
                              </w:rPr>
                              <w:t xml:space="preserve">Halcyon Rooms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4105655</wp:posOffset>
                </wp:positionV>
                <wp:extent cx="1651849" cy="128016"/>
                <wp:effectExtent l="0" t="0" r="0" b="0"/>
                <wp:wrapNone/>
                <wp:docPr id="2217" name="Text 22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84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17"/>
                                <w:szCs w:val="17"/>
                              </w:rPr>
                              <w:t xml:space="preserve">Boutique stays in the hills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</wp:posOffset>
                </wp:positionV>
                <wp:extent cx="1078077" cy="137160"/>
                <wp:effectExtent l="0" t="0" r="0" b="0"/>
                <wp:wrapNone/>
                <wp:docPr id="2218" name="Text 22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DDEDD"/>
                                <w:spacing w:val="37"/>
                                <w:sz w:val="19"/>
                                <w:szCs w:val="19"/>
                              </w:rPr>
                              <w:t xml:space="preserve">OUTSIDE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4965192</wp:posOffset>
                </wp:positionV>
                <wp:extent cx="794070" cy="420623"/>
                <wp:effectExtent l="0" t="0" r="0" b="0"/>
                <wp:wrapNone/>
                <wp:docPr id="2219" name="Text 22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070" cy="42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466E4A"/>
                                <w:sz w:val="49"/>
                                <w:szCs w:val="49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5522976</wp:posOffset>
                </wp:positionV>
                <wp:extent cx="1445752" cy="201168"/>
                <wp:effectExtent l="0" t="0" r="0" b="0"/>
                <wp:wrapNone/>
                <wp:docPr id="2220" name="Text 22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75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6108192</wp:posOffset>
                </wp:positionV>
                <wp:extent cx="1960873" cy="653796"/>
                <wp:effectExtent l="0" t="0" r="0" b="0"/>
                <wp:wrapNone/>
                <wp:docPr id="2221" name="Text 22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873" cy="653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A short paragraph about the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service, written for the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reader, not for the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4965192</wp:posOffset>
                </wp:positionV>
                <wp:extent cx="840647" cy="420623"/>
                <wp:effectExtent l="0" t="0" r="0" b="0"/>
                <wp:wrapNone/>
                <wp:docPr id="2222" name="Text 22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647" cy="42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466E4A"/>
                                <w:sz w:val="49"/>
                                <w:szCs w:val="49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5522976</wp:posOffset>
                </wp:positionV>
                <wp:extent cx="1488221" cy="201168"/>
                <wp:effectExtent l="0" t="0" r="0" b="0"/>
                <wp:wrapNone/>
                <wp:docPr id="2223" name="Text 22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22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6108192</wp:posOffset>
                </wp:positionV>
                <wp:extent cx="1793355" cy="481888"/>
                <wp:effectExtent l="0" t="0" r="0" b="0"/>
                <wp:wrapNone/>
                <wp:docPr id="2224" name="Text 22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3355" cy="481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Describe the people who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benefit and the problem it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4965192</wp:posOffset>
                </wp:positionV>
                <wp:extent cx="828932" cy="420623"/>
                <wp:effectExtent l="0" t="0" r="0" b="0"/>
                <wp:wrapNone/>
                <wp:docPr id="2225" name="Text 22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32" cy="42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466E4A"/>
                                <w:sz w:val="49"/>
                                <w:szCs w:val="49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5522976</wp:posOffset>
                </wp:positionV>
                <wp:extent cx="1557766" cy="201168"/>
                <wp:effectExtent l="0" t="0" r="0" b="0"/>
                <wp:wrapNone/>
                <wp:docPr id="2226" name="Text 22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766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6108192</wp:posOffset>
                </wp:positionV>
                <wp:extent cx="1599714" cy="309981"/>
                <wp:effectExtent l="0" t="0" r="0" b="0"/>
                <wp:wrapNone/>
                <wp:docPr id="2227" name="Text 22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714" cy="309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Three clear steps from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19"/>
                                <w:szCs w:val="19"/>
                              </w:rPr>
                              <w:t xml:space="preserve">first 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4572000</wp:posOffset>
                </wp:positionV>
                <wp:extent cx="982637" cy="137160"/>
                <wp:effectExtent l="0" t="0" r="0" b="0"/>
                <wp:wrapNone/>
                <wp:docPr id="2228" name="Text 22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3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DDEDD"/>
                                <w:spacing w:val="37"/>
                                <w:sz w:val="19"/>
                                <w:szCs w:val="19"/>
                              </w:rPr>
                              <w:t xml:space="preserve">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8796528</wp:posOffset>
                </wp:positionV>
                <wp:extent cx="5397984" cy="146304"/>
                <wp:effectExtent l="0" t="0" r="0" b="0"/>
                <wp:wrapNone/>
                <wp:docPr id="2229" name="Text 22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98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6E6E5"/>
                                <w:sz w:val="20"/>
                                <w:szCs w:val="20"/>
                              </w:rPr>
                              <w:t xml:space="preserve">Halcyon Rooms — tri-fold brochure, A4 landscape, outside &amp; 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Halcyon Rooms — tri-fold brochure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