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27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27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1746503</wp:posOffset>
                </wp:positionV>
                <wp:extent cx="2250595" cy="858621"/>
                <wp:effectExtent l="0" t="0" r="0" b="0"/>
                <wp:wrapNone/>
                <wp:docPr id="2276" name="Text 22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0595" cy="8586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05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Riverside</w:t>
                            </w:r>
                          </w:p>
                          <w:p>
                            <w:pPr>
                              <w:spacing w:before="0" w:after="0" w:line="64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College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3694176</wp:posOffset>
                </wp:positionV>
                <wp:extent cx="1687996" cy="182879"/>
                <wp:effectExtent l="0" t="0" r="0" b="0"/>
                <wp:wrapNone/>
                <wp:docPr id="2277" name="Text 22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99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6"/>
                                <w:szCs w:val="26"/>
                              </w:rPr>
                              <w:t xml:space="preserve">Admissions 2027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8330183</wp:posOffset>
                </wp:positionV>
                <wp:extent cx="2090061" cy="393191"/>
                <wp:effectExtent l="0" t="0" r="0" b="0"/>
                <wp:wrapNone/>
                <wp:docPr id="2278" name="Text 22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061" cy="393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2"/>
                                <w:szCs w:val="22"/>
                              </w:rPr>
                              <w:t xml:space="preserve">+91 98765 43210</w:t>
                            </w:r>
                          </w:p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22"/>
                                <w:szCs w:val="22"/>
                              </w:rPr>
                              <w:t xml:space="preserve">hello@yourdomain.in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896112</wp:posOffset>
                </wp:positionV>
                <wp:extent cx="1459410" cy="137160"/>
                <wp:effectExtent l="0" t="0" r="0" b="0"/>
                <wp:wrapNone/>
                <wp:docPr id="2279" name="Text 22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41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2C94C"/>
                                <w:spacing w:val="37"/>
                                <w:sz w:val="19"/>
                                <w:szCs w:val="19"/>
                              </w:rPr>
                              <w:t xml:space="preserve">AT A GLANCE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1179576</wp:posOffset>
                </wp:positionV>
                <wp:extent cx="921715" cy="466344"/>
                <wp:effectExtent l="0" t="0" r="0" b="0"/>
                <wp:wrapNone/>
                <wp:docPr id="2280" name="Text 22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715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4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2C94C"/>
                                <w:sz w:val="66"/>
                                <w:szCs w:val="66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1207008</wp:posOffset>
                </wp:positionV>
                <wp:extent cx="1659893" cy="246887"/>
                <wp:effectExtent l="0" t="0" r="0" b="0"/>
                <wp:wrapNone/>
                <wp:docPr id="2281" name="Text 22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893" cy="246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2EFE9"/>
                                <w:sz w:val="35"/>
                                <w:szCs w:val="35"/>
                              </w:rPr>
                              <w:t xml:space="preserve">What we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1572767</wp:posOffset>
                </wp:positionV>
                <wp:extent cx="2558448" cy="579729"/>
                <wp:effectExtent l="0" t="0" r="0" b="0"/>
                <wp:wrapNone/>
                <wp:docPr id="2282" name="Text 22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448" cy="579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A short paragraph about the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service, written for the reader,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not for the company.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2779776</wp:posOffset>
                </wp:positionV>
                <wp:extent cx="921715" cy="466344"/>
                <wp:effectExtent l="0" t="0" r="0" b="0"/>
                <wp:wrapNone/>
                <wp:docPr id="2283" name="Text 22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715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4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2C94C"/>
                                <w:sz w:val="66"/>
                                <w:szCs w:val="66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2807208</wp:posOffset>
                </wp:positionV>
                <wp:extent cx="1723215" cy="246887"/>
                <wp:effectExtent l="0" t="0" r="0" b="0"/>
                <wp:wrapNone/>
                <wp:docPr id="2284" name="Text 22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215" cy="246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2EFE9"/>
                                <w:sz w:val="35"/>
                                <w:szCs w:val="35"/>
                              </w:rPr>
                              <w:t xml:space="preserve">Who it is for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3172968</wp:posOffset>
                </wp:positionV>
                <wp:extent cx="3140549" cy="367588"/>
                <wp:effectExtent l="0" t="0" r="0" b="0"/>
                <wp:wrapNone/>
                <wp:docPr id="2285" name="Text 22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0549" cy="3675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Describe the people who benefit and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the problem it solves for them.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4379976</wp:posOffset>
                </wp:positionV>
                <wp:extent cx="921715" cy="466344"/>
                <wp:effectExtent l="0" t="0" r="0" b="0"/>
                <wp:wrapNone/>
                <wp:docPr id="2286" name="Text 22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715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4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2C94C"/>
                                <w:sz w:val="66"/>
                                <w:szCs w:val="66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4407408</wp:posOffset>
                </wp:positionV>
                <wp:extent cx="1834657" cy="246887"/>
                <wp:effectExtent l="0" t="0" r="0" b="0"/>
                <wp:wrapNone/>
                <wp:docPr id="2287" name="Text 22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4657" cy="246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2EFE9"/>
                                <w:sz w:val="35"/>
                                <w:szCs w:val="35"/>
                              </w:rPr>
                              <w:t xml:space="preserve">How it works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4773168</wp:posOffset>
                </wp:positionV>
                <wp:extent cx="2321447" cy="367588"/>
                <wp:effectExtent l="0" t="0" r="0" b="0"/>
                <wp:wrapNone/>
                <wp:docPr id="2288" name="Text 22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447" cy="3675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Three clear steps from first</w:t>
                            </w:r>
                          </w:p>
                          <w:p>
                            <w:pPr>
                              <w:spacing w:before="0" w:after="0" w:line="33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contact to result.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3099816</wp:posOffset>
                </wp:positionH>
                <wp:positionV relativeFrom="page">
                  <wp:posOffset>5980176</wp:posOffset>
                </wp:positionV>
                <wp:extent cx="921715" cy="466344"/>
                <wp:effectExtent l="0" t="0" r="0" b="0"/>
                <wp:wrapNone/>
                <wp:docPr id="2289" name="Text 22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715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4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2C94C"/>
                                <w:sz w:val="66"/>
                                <w:szCs w:val="66"/>
                              </w:rPr>
                              <w:t xml:space="preserve"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6007608</wp:posOffset>
                </wp:positionV>
                <wp:extent cx="1739188" cy="246887"/>
                <wp:effectExtent l="0" t="0" r="0" b="0"/>
                <wp:wrapNone/>
                <wp:docPr id="2290" name="Text 22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188" cy="2468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2EFE9"/>
                                <w:sz w:val="35"/>
                                <w:szCs w:val="35"/>
                              </w:rPr>
                              <w:t xml:space="preserve">Get in touch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3922776</wp:posOffset>
                </wp:positionH>
                <wp:positionV relativeFrom="page">
                  <wp:posOffset>6373368</wp:posOffset>
                </wp:positionV>
                <wp:extent cx="3013690" cy="155448"/>
                <wp:effectExtent l="0" t="0" r="0" b="0"/>
                <wp:wrapNone/>
                <wp:docPr id="2291" name="Text 22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3690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2EFE9"/>
                                <w:sz w:val="23"/>
                                <w:szCs w:val="23"/>
                              </w:rPr>
                              <w:t xml:space="preserve">Phone, email and address go here.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3900457</wp:posOffset>
                </wp:positionH>
                <wp:positionV relativeFrom="page">
                  <wp:posOffset>8284463</wp:posOffset>
                </wp:positionV>
                <wp:extent cx="2166053" cy="182879"/>
                <wp:effectExtent l="0" t="0" r="0" b="0"/>
                <wp:wrapNone/>
                <wp:docPr id="2292" name="Text 22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605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2EFE9"/>
                                <w:sz w:val="26"/>
                                <w:szCs w:val="26"/>
                              </w:rPr>
                              <w:t xml:space="preserve">Book a free first visit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Riverside College — one-pager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