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293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293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576072</wp:posOffset>
                </wp:positionH>
                <wp:positionV relativeFrom="page">
                  <wp:posOffset>1097280</wp:posOffset>
                </wp:positionV>
                <wp:extent cx="808558" cy="118872"/>
                <wp:effectExtent l="0" t="0" r="0" b="0"/>
                <wp:wrapNone/>
                <wp:docPr id="2294" name="Text 22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558" cy="118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3FD1C3"/>
                                <w:spacing w:val="30"/>
                                <w:sz w:val="16"/>
                                <w:szCs w:val="16"/>
                              </w:rPr>
                              <w:t xml:space="preserve">ABOUT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576072</wp:posOffset>
                </wp:positionH>
                <wp:positionV relativeFrom="page">
                  <wp:posOffset>1344167</wp:posOffset>
                </wp:positionV>
                <wp:extent cx="2190630" cy="663854"/>
                <wp:effectExtent l="0" t="0" r="0" b="0"/>
                <wp:wrapNone/>
                <wp:docPr id="2295" name="Text 229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630" cy="6638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E8F3F1"/>
                                <w:sz w:val="19"/>
                                <w:szCs w:val="19"/>
                              </w:rPr>
                              <w:t xml:space="preserve">Placeholder text</w:t>
                            </w:r>
                          </w:p>
                          <w:p>
                            <w:pPr>
                              <w:spacing w:before="0" w:after="0" w:line="270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E8F3F1"/>
                                <w:sz w:val="19"/>
                                <w:szCs w:val="19"/>
                              </w:rPr>
                              <w:t xml:space="preserve">describing who you are and</w:t>
                            </w:r>
                          </w:p>
                          <w:p>
                            <w:pPr>
                              <w:spacing w:before="0" w:after="0" w:line="270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E8F3F1"/>
                                <w:sz w:val="19"/>
                                <w:szCs w:val="19"/>
                              </w:rPr>
                              <w:t xml:space="preserve">why it matters to the</w:t>
                            </w:r>
                          </w:p>
                          <w:p>
                            <w:pPr>
                              <w:spacing w:before="0" w:after="0" w:line="270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E8F3F1"/>
                                <w:sz w:val="19"/>
                                <w:szCs w:val="19"/>
                              </w:rPr>
                              <w:t xml:space="preserve">reader.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2734056</wp:posOffset>
                </wp:positionH>
                <wp:positionV relativeFrom="page">
                  <wp:posOffset>1097280</wp:posOffset>
                </wp:positionV>
                <wp:extent cx="969864" cy="118872"/>
                <wp:effectExtent l="0" t="0" r="0" b="0"/>
                <wp:wrapNone/>
                <wp:docPr id="2296" name="Text 229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864" cy="118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3FD1C3"/>
                                <w:spacing w:val="30"/>
                                <w:sz w:val="16"/>
                                <w:szCs w:val="16"/>
                              </w:rPr>
                              <w:t xml:space="preserve">CONTACT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2724912</wp:posOffset>
                </wp:positionH>
                <wp:positionV relativeFrom="page">
                  <wp:posOffset>1353312</wp:posOffset>
                </wp:positionV>
                <wp:extent cx="1612401" cy="740664"/>
                <wp:effectExtent l="0" t="0" r="0" b="0"/>
                <wp:wrapNone/>
                <wp:docPr id="2297" name="Text 229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401" cy="7406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E8F3F1"/>
                                <w:sz w:val="17"/>
                                <w:szCs w:val="17"/>
                              </w:rPr>
                              <w:t xml:space="preserve">+91 98765 43210</w:t>
                            </w:r>
                          </w:p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E8F3F1"/>
                                <w:sz w:val="17"/>
                                <w:szCs w:val="17"/>
                              </w:rPr>
                              <w:t xml:space="preserve">hello@yourdomain.in</w:t>
                            </w:r>
                          </w:p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E8F3F1"/>
                                <w:sz w:val="17"/>
                                <w:szCs w:val="17"/>
                              </w:rPr>
                              <w:t xml:space="preserve">Your address line</w:t>
                            </w:r>
                          </w:p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E8F3F1"/>
                                <w:sz w:val="17"/>
                                <w:szCs w:val="17"/>
                              </w:rPr>
                              <w:t xml:space="preserve">City, PIN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3339860</wp:posOffset>
                </wp:positionH>
                <wp:positionV relativeFrom="page">
                  <wp:posOffset>3154679</wp:posOffset>
                </wp:positionV>
                <wp:extent cx="635479" cy="146304"/>
                <wp:effectExtent l="0" t="0" r="0" b="0"/>
                <wp:wrapNone/>
                <wp:docPr id="2298" name="Text 22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479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20"/>
                                <w:szCs w:val="20"/>
                              </w:rPr>
                              <w:t xml:space="preserve">MAP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4892040</wp:posOffset>
                </wp:positionH>
                <wp:positionV relativeFrom="page">
                  <wp:posOffset>3337560</wp:posOffset>
                </wp:positionV>
                <wp:extent cx="1788509" cy="542239"/>
                <wp:effectExtent l="0" t="0" r="0" b="0"/>
                <wp:wrapNone/>
                <wp:docPr id="2299" name="Text 22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8509" cy="5422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37"/>
                                <w:szCs w:val="37"/>
                              </w:rPr>
                              <w:t xml:space="preserve">TIDE SURF</w:t>
                            </w:r>
                          </w:p>
                          <w:p>
                            <w:pPr>
                              <w:spacing w:before="0" w:after="0" w:line="393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37"/>
                                <w:szCs w:val="37"/>
                              </w:rPr>
                              <w:t xml:space="preserve">SCHOOL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4892040</wp:posOffset>
                </wp:positionH>
                <wp:positionV relativeFrom="page">
                  <wp:posOffset>4096512</wp:posOffset>
                </wp:positionV>
                <wp:extent cx="1491386" cy="137160"/>
                <wp:effectExtent l="0" t="0" r="0" b="0"/>
                <wp:wrapNone/>
                <wp:docPr id="2300" name="Text 230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1386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111111"/>
                                <w:sz w:val="17"/>
                                <w:szCs w:val="17"/>
                              </w:rPr>
                              <w:t xml:space="preserve">Learn to surf in Goa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411480</wp:posOffset>
                </wp:positionH>
                <wp:positionV relativeFrom="page">
                  <wp:posOffset>457200</wp:posOffset>
                </wp:positionV>
                <wp:extent cx="1078077" cy="137160"/>
                <wp:effectExtent l="0" t="0" r="0" b="0"/>
                <wp:wrapNone/>
                <wp:docPr id="2301" name="Text 230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8077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94847"/>
                                <w:spacing w:val="37"/>
                                <w:sz w:val="19"/>
                                <w:szCs w:val="19"/>
                              </w:rPr>
                              <w:t xml:space="preserve">OUTSIDE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576072</wp:posOffset>
                </wp:positionH>
                <wp:positionV relativeFrom="page">
                  <wp:posOffset>5001768</wp:posOffset>
                </wp:positionV>
                <wp:extent cx="804929" cy="384048"/>
                <wp:effectExtent l="0" t="0" r="0" b="0"/>
                <wp:wrapNone/>
                <wp:docPr id="2302" name="Text 230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4929" cy="3840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04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3FD1C3"/>
                                <w:sz w:val="49"/>
                                <w:szCs w:val="49"/>
                              </w:rPr>
                              <w:t xml:space="preserve"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576072</wp:posOffset>
                </wp:positionH>
                <wp:positionV relativeFrom="page">
                  <wp:posOffset>5513832</wp:posOffset>
                </wp:positionV>
                <wp:extent cx="1615630" cy="219456"/>
                <wp:effectExtent l="0" t="0" r="0" b="0"/>
                <wp:wrapNone/>
                <wp:docPr id="2303" name="Text 230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5630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E8F3F1"/>
                                <w:sz w:val="29"/>
                                <w:szCs w:val="29"/>
                              </w:rPr>
                              <w:t xml:space="preserve">What we 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576072</wp:posOffset>
                </wp:positionH>
                <wp:positionV relativeFrom="page">
                  <wp:posOffset>6099048</wp:posOffset>
                </wp:positionV>
                <wp:extent cx="1944528" cy="662940"/>
                <wp:effectExtent l="0" t="0" r="0" b="0"/>
                <wp:wrapNone/>
                <wp:docPr id="2304" name="Text 230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4528" cy="662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E8F3F1"/>
                                <w:sz w:val="19"/>
                                <w:szCs w:val="19"/>
                              </w:rPr>
                              <w:t xml:space="preserve">A short paragraph about</w:t>
                            </w:r>
                          </w:p>
                          <w:p>
                            <w:pPr>
                              <w:spacing w:before="0" w:after="0" w:line="272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E8F3F1"/>
                                <w:sz w:val="19"/>
                                <w:szCs w:val="19"/>
                              </w:rPr>
                              <w:t xml:space="preserve">the service, written for</w:t>
                            </w:r>
                          </w:p>
                          <w:p>
                            <w:pPr>
                              <w:spacing w:before="0" w:after="0" w:line="272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E8F3F1"/>
                                <w:sz w:val="19"/>
                                <w:szCs w:val="19"/>
                              </w:rPr>
                              <w:t xml:space="preserve">the reader, not for the</w:t>
                            </w:r>
                          </w:p>
                          <w:p>
                            <w:pPr>
                              <w:spacing w:before="0" w:after="0" w:line="272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E8F3F1"/>
                                <w:sz w:val="19"/>
                                <w:szCs w:val="19"/>
                              </w:rPr>
                              <w:t xml:space="preserve">company.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2734056</wp:posOffset>
                </wp:positionH>
                <wp:positionV relativeFrom="page">
                  <wp:posOffset>5001768</wp:posOffset>
                </wp:positionV>
                <wp:extent cx="865222" cy="384048"/>
                <wp:effectExtent l="0" t="0" r="0" b="0"/>
                <wp:wrapNone/>
                <wp:docPr id="2305" name="Text 23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5222" cy="3840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04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3FD1C3"/>
                                <w:sz w:val="49"/>
                                <w:szCs w:val="49"/>
                              </w:rPr>
                              <w:t xml:space="preserve">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2734056</wp:posOffset>
                </wp:positionH>
                <wp:positionV relativeFrom="page">
                  <wp:posOffset>5513832</wp:posOffset>
                </wp:positionV>
                <wp:extent cx="1629769" cy="219456"/>
                <wp:effectExtent l="0" t="0" r="0" b="0"/>
                <wp:wrapNone/>
                <wp:docPr id="2306" name="Text 23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9769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E8F3F1"/>
                                <w:sz w:val="29"/>
                                <w:szCs w:val="29"/>
                              </w:rPr>
                              <w:t xml:space="preserve">Who it is for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2734056</wp:posOffset>
                </wp:positionH>
                <wp:positionV relativeFrom="page">
                  <wp:posOffset>6099048</wp:posOffset>
                </wp:positionV>
                <wp:extent cx="2088846" cy="491032"/>
                <wp:effectExtent l="0" t="0" r="0" b="0"/>
                <wp:wrapNone/>
                <wp:docPr id="2307" name="Text 23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8846" cy="491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E8F3F1"/>
                                <w:sz w:val="19"/>
                                <w:szCs w:val="19"/>
                              </w:rPr>
                              <w:t xml:space="preserve">Describe the people who</w:t>
                            </w:r>
                          </w:p>
                          <w:p>
                            <w:pPr>
                              <w:spacing w:before="0" w:after="0" w:line="272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E8F3F1"/>
                                <w:sz w:val="19"/>
                                <w:szCs w:val="19"/>
                              </w:rPr>
                              <w:t xml:space="preserve">benefit and the problem it</w:t>
                            </w:r>
                          </w:p>
                          <w:p>
                            <w:pPr>
                              <w:spacing w:before="0" w:after="0" w:line="272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E8F3F1"/>
                                <w:sz w:val="19"/>
                                <w:szCs w:val="19"/>
                              </w:rPr>
                              <w:t xml:space="preserve">solves for them.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4892040</wp:posOffset>
                </wp:positionH>
                <wp:positionV relativeFrom="page">
                  <wp:posOffset>5001768</wp:posOffset>
                </wp:positionV>
                <wp:extent cx="865508" cy="384048"/>
                <wp:effectExtent l="0" t="0" r="0" b="0"/>
                <wp:wrapNone/>
                <wp:docPr id="2308" name="Text 230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5508" cy="3840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04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3FD1C3"/>
                                <w:sz w:val="49"/>
                                <w:szCs w:val="49"/>
                              </w:rPr>
                              <w:t xml:space="preserve">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4892040</wp:posOffset>
                </wp:positionH>
                <wp:positionV relativeFrom="page">
                  <wp:posOffset>5513832</wp:posOffset>
                </wp:positionV>
                <wp:extent cx="1730846" cy="219456"/>
                <wp:effectExtent l="0" t="0" r="0" b="0"/>
                <wp:wrapNone/>
                <wp:docPr id="2309" name="Text 230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0846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E8F3F1"/>
                                <w:sz w:val="29"/>
                                <w:szCs w:val="29"/>
                              </w:rPr>
                              <w:t xml:space="preserve">How it works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4892040</wp:posOffset>
                </wp:positionH>
                <wp:positionV relativeFrom="page">
                  <wp:posOffset>6099048</wp:posOffset>
                </wp:positionV>
                <wp:extent cx="1759719" cy="319125"/>
                <wp:effectExtent l="0" t="0" r="0" b="0"/>
                <wp:wrapNone/>
                <wp:docPr id="2310" name="Text 231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9719" cy="3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E8F3F1"/>
                                <w:sz w:val="19"/>
                                <w:szCs w:val="19"/>
                              </w:rPr>
                              <w:t xml:space="preserve">Three clear steps from</w:t>
                            </w:r>
                          </w:p>
                          <w:p>
                            <w:pPr>
                              <w:spacing w:before="0" w:after="0" w:line="272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E8F3F1"/>
                                <w:sz w:val="19"/>
                                <w:szCs w:val="19"/>
                              </w:rPr>
                              <w:t xml:space="preserve">first contact to result.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411480</wp:posOffset>
                </wp:positionH>
                <wp:positionV relativeFrom="page">
                  <wp:posOffset>4572000</wp:posOffset>
                </wp:positionV>
                <wp:extent cx="982637" cy="137160"/>
                <wp:effectExtent l="0" t="0" r="0" b="0"/>
                <wp:wrapNone/>
                <wp:docPr id="2311" name="Text 231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637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94847"/>
                                <w:spacing w:val="37"/>
                                <w:sz w:val="19"/>
                                <w:szCs w:val="19"/>
                              </w:rPr>
                              <w:t xml:space="preserve">INSIDE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411480</wp:posOffset>
                </wp:positionH>
                <wp:positionV relativeFrom="page">
                  <wp:posOffset>8796528</wp:posOffset>
                </wp:positionV>
                <wp:extent cx="5459498" cy="146304"/>
                <wp:effectExtent l="0" t="0" r="0" b="0"/>
                <wp:wrapNone/>
                <wp:docPr id="2312" name="Text 23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9498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F3F3D"/>
                                <w:sz w:val="20"/>
                                <w:szCs w:val="20"/>
                              </w:rPr>
                              <w:t xml:space="preserve">Tide Surf School — tri-fold brochure, A4 landscape, outside &amp; inside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Tide Surf School — tri-fold brochure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