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31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31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446510</wp:posOffset>
                </wp:positionH>
                <wp:positionV relativeFrom="page">
                  <wp:posOffset>574243</wp:posOffset>
                </wp:positionV>
                <wp:extent cx="570019" cy="292608"/>
                <wp:effectExtent l="0" t="0" r="0" b="0"/>
                <wp:wrapNone/>
                <wp:docPr id="2314" name="Text 23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019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111111"/>
                                <w:sz w:val="35"/>
                                <w:szCs w:val="35"/>
                              </w:rPr>
                              <w:t xml:space="preserve"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1344167</wp:posOffset>
                </wp:positionV>
                <wp:extent cx="4423685" cy="484631"/>
                <wp:effectExtent l="0" t="0" r="0" b="0"/>
                <wp:wrapNone/>
                <wp:docPr id="2315" name="Text 23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3685" cy="4846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6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11111"/>
                                <w:spacing w:val="11"/>
                                <w:sz w:val="69"/>
                                <w:szCs w:val="69"/>
                              </w:rPr>
                              <w:t xml:space="preserve">Banyan Partners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2029968</wp:posOffset>
                </wp:positionV>
                <wp:extent cx="1913767" cy="201168"/>
                <wp:effectExtent l="0" t="0" r="0" b="0"/>
                <wp:wrapNone/>
                <wp:docPr id="2316" name="Text 23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3767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11111"/>
                                <w:sz w:val="29"/>
                                <w:szCs w:val="29"/>
                              </w:rPr>
                              <w:t xml:space="preserve">Advisory services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3410712</wp:posOffset>
                </wp:positionV>
                <wp:extent cx="731519" cy="301752"/>
                <wp:effectExtent l="0" t="0" r="0" b="0"/>
                <wp:wrapNone/>
                <wp:docPr id="2317" name="Text 23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19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C9A35B"/>
                                <w:sz w:val="43"/>
                                <w:szCs w:val="43"/>
                              </w:rPr>
                              <w:t xml:space="preserve"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3858767</wp:posOffset>
                </wp:positionV>
                <wp:extent cx="1445752" cy="201168"/>
                <wp:effectExtent l="0" t="0" r="0" b="0"/>
                <wp:wrapNone/>
                <wp:docPr id="2318" name="Text 23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752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FE6D2"/>
                                <w:sz w:val="29"/>
                                <w:szCs w:val="29"/>
                              </w:rPr>
                              <w:t xml:space="preserve">What we 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4187952</wp:posOffset>
                </wp:positionV>
                <wp:extent cx="1973429" cy="751636"/>
                <wp:effectExtent l="0" t="0" r="0" b="0"/>
                <wp:wrapNone/>
                <wp:docPr id="2319" name="Text 23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3429" cy="7516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z w:val="22"/>
                                <w:szCs w:val="22"/>
                              </w:rPr>
                              <w:t xml:space="preserve">A short paragraph about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z w:val="22"/>
                                <w:szCs w:val="22"/>
                              </w:rPr>
                              <w:t xml:space="preserve">the service, written for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z w:val="22"/>
                                <w:szCs w:val="22"/>
                              </w:rPr>
                              <w:t xml:space="preserve">the reader, not for the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z w:val="22"/>
                                <w:szCs w:val="22"/>
                              </w:rPr>
                              <w:t xml:space="preserve">company.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2660904</wp:posOffset>
                </wp:positionH>
                <wp:positionV relativeFrom="page">
                  <wp:posOffset>3410712</wp:posOffset>
                </wp:positionV>
                <wp:extent cx="731519" cy="301752"/>
                <wp:effectExtent l="0" t="0" r="0" b="0"/>
                <wp:wrapNone/>
                <wp:docPr id="2320" name="Text 23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19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C9A35B"/>
                                <w:sz w:val="43"/>
                                <w:szCs w:val="43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2660904</wp:posOffset>
                </wp:positionH>
                <wp:positionV relativeFrom="page">
                  <wp:posOffset>3858767</wp:posOffset>
                </wp:positionV>
                <wp:extent cx="1488221" cy="201168"/>
                <wp:effectExtent l="0" t="0" r="0" b="0"/>
                <wp:wrapNone/>
                <wp:docPr id="2321" name="Text 23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8221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FE6D2"/>
                                <w:sz w:val="29"/>
                                <w:szCs w:val="29"/>
                              </w:rPr>
                              <w:t xml:space="preserve">Who it is for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2660904</wp:posOffset>
                </wp:positionH>
                <wp:positionV relativeFrom="page">
                  <wp:posOffset>4187952</wp:posOffset>
                </wp:positionV>
                <wp:extent cx="2012980" cy="553211"/>
                <wp:effectExtent l="0" t="0" r="0" b="0"/>
                <wp:wrapNone/>
                <wp:docPr id="2322" name="Text 23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980" cy="5532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z w:val="22"/>
                                <w:szCs w:val="22"/>
                              </w:rPr>
                              <w:t xml:space="preserve">Describe the people who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z w:val="22"/>
                                <w:szCs w:val="22"/>
                              </w:rPr>
                              <w:t xml:space="preserve">benefit and the problem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z w:val="22"/>
                                <w:szCs w:val="22"/>
                              </w:rPr>
                              <w:t xml:space="preserve">it solves for them.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4818888</wp:posOffset>
                </wp:positionH>
                <wp:positionV relativeFrom="page">
                  <wp:posOffset>3410712</wp:posOffset>
                </wp:positionV>
                <wp:extent cx="731519" cy="301752"/>
                <wp:effectExtent l="0" t="0" r="0" b="0"/>
                <wp:wrapNone/>
                <wp:docPr id="2323" name="Text 23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19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C9A35B"/>
                                <w:sz w:val="43"/>
                                <w:szCs w:val="43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4818888</wp:posOffset>
                </wp:positionH>
                <wp:positionV relativeFrom="page">
                  <wp:posOffset>3858767</wp:posOffset>
                </wp:positionV>
                <wp:extent cx="1557766" cy="201168"/>
                <wp:effectExtent l="0" t="0" r="0" b="0"/>
                <wp:wrapNone/>
                <wp:docPr id="2324" name="Text 23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7766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FE6D2"/>
                                <w:sz w:val="29"/>
                                <w:szCs w:val="29"/>
                              </w:rPr>
                              <w:t xml:space="preserve">How it works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4818888</wp:posOffset>
                </wp:positionH>
                <wp:positionV relativeFrom="page">
                  <wp:posOffset>4187952</wp:posOffset>
                </wp:positionV>
                <wp:extent cx="1834114" cy="354787"/>
                <wp:effectExtent l="0" t="0" r="0" b="0"/>
                <wp:wrapNone/>
                <wp:docPr id="2325" name="Text 23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4114" cy="354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z w:val="22"/>
                                <w:szCs w:val="22"/>
                              </w:rPr>
                              <w:t xml:space="preserve">Three clear steps from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z w:val="22"/>
                                <w:szCs w:val="22"/>
                              </w:rPr>
                              <w:t xml:space="preserve">first contact to result.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3831336</wp:posOffset>
                </wp:positionH>
                <wp:positionV relativeFrom="page">
                  <wp:posOffset>5925312</wp:posOffset>
                </wp:positionV>
                <wp:extent cx="1656078" cy="137160"/>
                <wp:effectExtent l="0" t="0" r="0" b="0"/>
                <wp:wrapNone/>
                <wp:docPr id="2326" name="Text 23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078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C9A35B"/>
                                <w:spacing w:val="37"/>
                                <w:sz w:val="19"/>
                                <w:szCs w:val="19"/>
                              </w:rPr>
                              <w:t xml:space="preserve">WHY CHOOSE 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3831336</wp:posOffset>
                </wp:positionH>
                <wp:positionV relativeFrom="page">
                  <wp:posOffset>6254495</wp:posOffset>
                </wp:positionV>
                <wp:extent cx="3050009" cy="1170432"/>
                <wp:effectExtent l="0" t="0" r="0" b="0"/>
                <wp:wrapNone/>
                <wp:docPr id="2327" name="Text 23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0009" cy="1170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FE6D2"/>
                                <w:sz w:val="26"/>
                                <w:szCs w:val="26"/>
                              </w:rPr>
                              <w:t xml:space="preserve">✓  Clear pricing, no surprises</w:t>
                            </w:r>
                          </w:p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FE6D2"/>
                                <w:sz w:val="26"/>
                                <w:szCs w:val="26"/>
                              </w:rPr>
                              <w:t xml:space="preserve">✓  Friendly, experienced team</w:t>
                            </w:r>
                          </w:p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FE6D2"/>
                                <w:sz w:val="26"/>
                                <w:szCs w:val="26"/>
                              </w:rPr>
                              <w:t xml:space="preserve">✓  Flexible timings</w:t>
                            </w:r>
                          </w:p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FE6D2"/>
                                <w:sz w:val="26"/>
                                <w:szCs w:val="26"/>
                              </w:rPr>
                              <w:t xml:space="preserve">✓  Easy to reach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8613648</wp:posOffset>
                </wp:positionV>
                <wp:extent cx="6504027" cy="182879"/>
                <wp:effectExtent l="0" t="0" r="0" b="0"/>
                <wp:wrapNone/>
                <wp:docPr id="2328" name="Text 23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4027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E1424"/>
                                <w:sz w:val="24"/>
                                <w:szCs w:val="24"/>
                              </w:rPr>
                              <w:t xml:space="preserve">hello@yourdomain.in  ·  +91 98765 43210  ·  yourdomain.in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Banyan Partners — one-pager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