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329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329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423418</wp:posOffset>
                </wp:positionH>
                <wp:positionV relativeFrom="page">
                  <wp:posOffset>592531</wp:posOffset>
                </wp:positionV>
                <wp:extent cx="616202" cy="274320"/>
                <wp:effectExtent l="0" t="0" r="0" b="0"/>
                <wp:wrapNone/>
                <wp:docPr id="2330" name="Text 233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202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4F8A5E"/>
                                <w:spacing w:val="-15"/>
                                <w:sz w:val="38"/>
                                <w:szCs w:val="38"/>
                              </w:rPr>
                              <w:t xml:space="preserve">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1335023</wp:posOffset>
                </wp:positionV>
                <wp:extent cx="4412802" cy="502920"/>
                <wp:effectExtent l="0" t="0" r="0" b="0"/>
                <wp:wrapNone/>
                <wp:docPr id="2331" name="Text 233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2802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92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111111"/>
                                <w:spacing w:val="-37"/>
                                <w:sz w:val="65"/>
                                <w:szCs w:val="65"/>
                              </w:rPr>
                              <w:t xml:space="preserve">Green Hands NGO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2020824</wp:posOffset>
                </wp:positionV>
                <wp:extent cx="3290825" cy="219456"/>
                <wp:effectExtent l="0" t="0" r="0" b="0"/>
                <wp:wrapNone/>
                <wp:docPr id="2332" name="Text 233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0825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111111"/>
                                <w:sz w:val="29"/>
                                <w:szCs w:val="29"/>
                              </w:rPr>
                              <w:t xml:space="preserve">Annual programme overview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3392424</wp:posOffset>
                </wp:positionV>
                <wp:extent cx="768096" cy="329184"/>
                <wp:effectExtent l="0" t="0" r="0" b="0"/>
                <wp:wrapNone/>
                <wp:docPr id="2333" name="Text 233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8096" cy="329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18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E0B85A"/>
                                <w:sz w:val="43"/>
                                <w:szCs w:val="43"/>
                              </w:rPr>
                              <w:t xml:space="preserve">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3849624</wp:posOffset>
                </wp:positionV>
                <wp:extent cx="1492329" cy="219456"/>
                <wp:effectExtent l="0" t="0" r="0" b="0"/>
                <wp:wrapNone/>
                <wp:docPr id="2334" name="Text 233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2329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EFE9DA"/>
                                <w:sz w:val="29"/>
                                <w:szCs w:val="29"/>
                              </w:rPr>
                              <w:t xml:space="preserve">What we 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4178807</wp:posOffset>
                </wp:positionV>
                <wp:extent cx="2109076" cy="769924"/>
                <wp:effectExtent l="0" t="0" r="0" b="0"/>
                <wp:wrapNone/>
                <wp:docPr id="2335" name="Text 233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9076" cy="7699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EFE9DA"/>
                                <w:sz w:val="22"/>
                                <w:szCs w:val="22"/>
                              </w:rPr>
                              <w:t xml:space="preserve">A short paragraph about</w:t>
                            </w:r>
                          </w:p>
                          <w:p>
                            <w:pPr>
                              <w:spacing w:before="0" w:after="0" w:line="313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EFE9DA"/>
                                <w:sz w:val="22"/>
                                <w:szCs w:val="22"/>
                              </w:rPr>
                              <w:t xml:space="preserve">the service, written for</w:t>
                            </w:r>
                          </w:p>
                          <w:p>
                            <w:pPr>
                              <w:spacing w:before="0" w:after="0" w:line="313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EFE9DA"/>
                                <w:sz w:val="22"/>
                                <w:szCs w:val="22"/>
                              </w:rPr>
                              <w:t xml:space="preserve">the reader, not for the</w:t>
                            </w:r>
                          </w:p>
                          <w:p>
                            <w:pPr>
                              <w:spacing w:before="0" w:after="0" w:line="313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EFE9DA"/>
                                <w:sz w:val="22"/>
                                <w:szCs w:val="22"/>
                              </w:rPr>
                              <w:t xml:space="preserve">company.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2660904</wp:posOffset>
                </wp:positionH>
                <wp:positionV relativeFrom="page">
                  <wp:posOffset>3392424</wp:posOffset>
                </wp:positionV>
                <wp:extent cx="821959" cy="329184"/>
                <wp:effectExtent l="0" t="0" r="0" b="0"/>
                <wp:wrapNone/>
                <wp:docPr id="2336" name="Text 233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1959" cy="329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18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E0B85A"/>
                                <w:sz w:val="43"/>
                                <w:szCs w:val="43"/>
                              </w:rPr>
                              <w:t xml:space="preserve">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2660904</wp:posOffset>
                </wp:positionH>
                <wp:positionV relativeFrom="page">
                  <wp:posOffset>3849624</wp:posOffset>
                </wp:positionV>
                <wp:extent cx="1518154" cy="219456"/>
                <wp:effectExtent l="0" t="0" r="0" b="0"/>
                <wp:wrapNone/>
                <wp:docPr id="2337" name="Text 233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154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EFE9DA"/>
                                <w:sz w:val="29"/>
                                <w:szCs w:val="29"/>
                              </w:rPr>
                              <w:t xml:space="preserve">Who it is for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2660904</wp:posOffset>
                </wp:positionH>
                <wp:positionV relativeFrom="page">
                  <wp:posOffset>4178807</wp:posOffset>
                </wp:positionV>
                <wp:extent cx="2156973" cy="571500"/>
                <wp:effectExtent l="0" t="0" r="0" b="0"/>
                <wp:wrapNone/>
                <wp:docPr id="2338" name="Text 233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6973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EFE9DA"/>
                                <w:sz w:val="22"/>
                                <w:szCs w:val="22"/>
                              </w:rPr>
                              <w:t xml:space="preserve">Describe the people who</w:t>
                            </w:r>
                          </w:p>
                          <w:p>
                            <w:pPr>
                              <w:spacing w:before="0" w:after="0" w:line="313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EFE9DA"/>
                                <w:sz w:val="22"/>
                                <w:szCs w:val="22"/>
                              </w:rPr>
                              <w:t xml:space="preserve">benefit and the problem</w:t>
                            </w:r>
                          </w:p>
                          <w:p>
                            <w:pPr>
                              <w:spacing w:before="0" w:after="0" w:line="313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EFE9DA"/>
                                <w:sz w:val="22"/>
                                <w:szCs w:val="22"/>
                              </w:rPr>
                              <w:t xml:space="preserve">it solves for them.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4818888</wp:posOffset>
                </wp:positionH>
                <wp:positionV relativeFrom="page">
                  <wp:posOffset>3392424</wp:posOffset>
                </wp:positionV>
                <wp:extent cx="827246" cy="329184"/>
                <wp:effectExtent l="0" t="0" r="0" b="0"/>
                <wp:wrapNone/>
                <wp:docPr id="2339" name="Text 233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7246" cy="329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18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E0B85A"/>
                                <w:sz w:val="43"/>
                                <w:szCs w:val="43"/>
                              </w:rPr>
                              <w:t xml:space="preserve">03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4818888</wp:posOffset>
                </wp:positionH>
                <wp:positionV relativeFrom="page">
                  <wp:posOffset>3849624</wp:posOffset>
                </wp:positionV>
                <wp:extent cx="1599057" cy="219456"/>
                <wp:effectExtent l="0" t="0" r="0" b="0"/>
                <wp:wrapNone/>
                <wp:docPr id="2340" name="Text 234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9057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EFE9DA"/>
                                <w:sz w:val="29"/>
                                <w:szCs w:val="29"/>
                              </w:rPr>
                              <w:t xml:space="preserve">How it works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4818888</wp:posOffset>
                </wp:positionH>
                <wp:positionV relativeFrom="page">
                  <wp:posOffset>4178807</wp:posOffset>
                </wp:positionV>
                <wp:extent cx="1962645" cy="373075"/>
                <wp:effectExtent l="0" t="0" r="0" b="0"/>
                <wp:wrapNone/>
                <wp:docPr id="2341" name="Text 234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645" cy="37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EFE9DA"/>
                                <w:sz w:val="22"/>
                                <w:szCs w:val="22"/>
                              </w:rPr>
                              <w:t xml:space="preserve">Three clear steps from</w:t>
                            </w:r>
                          </w:p>
                          <w:p>
                            <w:pPr>
                              <w:spacing w:before="0" w:after="0" w:line="313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EFE9DA"/>
                                <w:sz w:val="22"/>
                                <w:szCs w:val="22"/>
                              </w:rPr>
                              <w:t xml:space="preserve">first contact to result.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3831336</wp:posOffset>
                </wp:positionH>
                <wp:positionV relativeFrom="page">
                  <wp:posOffset>5925312</wp:posOffset>
                </wp:positionV>
                <wp:extent cx="1656078" cy="137160"/>
                <wp:effectExtent l="0" t="0" r="0" b="0"/>
                <wp:wrapNone/>
                <wp:docPr id="2342" name="Text 234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6078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E0B85A"/>
                                <w:spacing w:val="37"/>
                                <w:sz w:val="19"/>
                                <w:szCs w:val="19"/>
                              </w:rPr>
                              <w:t xml:space="preserve">WHY CHOOSE US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3831336</wp:posOffset>
                </wp:positionH>
                <wp:positionV relativeFrom="page">
                  <wp:posOffset>6245352</wp:posOffset>
                </wp:positionV>
                <wp:extent cx="3108145" cy="1179576"/>
                <wp:effectExtent l="0" t="0" r="0" b="0"/>
                <wp:wrapNone/>
                <wp:docPr id="2343" name="Text 234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8145" cy="11795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EFE9DA"/>
                                <w:sz w:val="26"/>
                                <w:szCs w:val="26"/>
                              </w:rPr>
                              <w:t xml:space="preserve">✓  Clear pricing, no surprises</w:t>
                            </w:r>
                          </w:p>
                          <w:p>
                            <w:pPr>
                              <w:spacing w:before="0" w:after="0" w:line="518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EFE9DA"/>
                                <w:sz w:val="26"/>
                                <w:szCs w:val="26"/>
                              </w:rPr>
                              <w:t xml:space="preserve">✓  Friendly, experienced team</w:t>
                            </w:r>
                          </w:p>
                          <w:p>
                            <w:pPr>
                              <w:spacing w:before="0" w:after="0" w:line="518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EFE9DA"/>
                                <w:sz w:val="26"/>
                                <w:szCs w:val="26"/>
                              </w:rPr>
                              <w:t xml:space="preserve">✓  Flexible timings</w:t>
                            </w:r>
                          </w:p>
                          <w:p>
                            <w:pPr>
                              <w:spacing w:before="0" w:after="0" w:line="518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EFE9DA"/>
                                <w:sz w:val="26"/>
                                <w:szCs w:val="26"/>
                              </w:rPr>
                              <w:t xml:space="preserve">✓  Easy to reach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8613648</wp:posOffset>
                </wp:positionV>
                <wp:extent cx="6504027" cy="182879"/>
                <wp:effectExtent l="0" t="0" r="0" b="0"/>
                <wp:wrapNone/>
                <wp:docPr id="2344" name="Text 234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4027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4281F"/>
                                <w:sz w:val="24"/>
                                <w:szCs w:val="24"/>
                              </w:rPr>
                              <w:t xml:space="preserve">hello@yourdomain.in  ·  +91 98765 43210  ·  yourdomain.in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Green Hands NGO — one-pager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