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37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37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1709927</wp:posOffset>
                </wp:positionV>
                <wp:extent cx="1846059" cy="493775"/>
                <wp:effectExtent l="0" t="0" r="0" b="0"/>
                <wp:wrapNone/>
                <wp:docPr id="2378" name="Text 23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9" cy="49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77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FFF"/>
                                <w:sz w:val="63"/>
                                <w:szCs w:val="63"/>
                              </w:rPr>
                              <w:t xml:space="preserve">Lumen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2120493</wp:posOffset>
                </wp:positionV>
                <wp:extent cx="1588598" cy="493775"/>
                <wp:effectExtent l="0" t="0" r="0" b="0"/>
                <wp:wrapNone/>
                <wp:docPr id="2379" name="Text 23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8598" cy="49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77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FFF"/>
                                <w:sz w:val="63"/>
                                <w:szCs w:val="63"/>
                              </w:rPr>
                              <w:t xml:space="preserve">Clinic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3685031</wp:posOffset>
                </wp:positionV>
                <wp:extent cx="2338449" cy="192024"/>
                <wp:effectExtent l="0" t="0" r="0" b="0"/>
                <wp:wrapNone/>
                <wp:docPr id="2380" name="Text 23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8449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FFFFFF"/>
                                <w:sz w:val="26"/>
                                <w:szCs w:val="26"/>
                              </w:rPr>
                              <w:t xml:space="preserve">Eye care for every 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8330183</wp:posOffset>
                </wp:positionV>
                <wp:extent cx="2090061" cy="393191"/>
                <wp:effectExtent l="0" t="0" r="0" b="0"/>
                <wp:wrapNone/>
                <wp:docPr id="2381" name="Text 23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061" cy="393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 xml:space="preserve">+91 98765 43210</w:t>
                            </w:r>
                          </w:p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 xml:space="preserve">hello@yourdomain.in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896112</wp:posOffset>
                </wp:positionV>
                <wp:extent cx="1459410" cy="137160"/>
                <wp:effectExtent l="0" t="0" r="0" b="0"/>
                <wp:wrapNone/>
                <wp:docPr id="2382" name="Text 23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941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86CB8"/>
                                <w:spacing w:val="37"/>
                                <w:sz w:val="19"/>
                                <w:szCs w:val="19"/>
                              </w:rPr>
                              <w:t xml:space="preserve">AT A GLANCE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1143000</wp:posOffset>
                </wp:positionV>
                <wp:extent cx="977865" cy="512064"/>
                <wp:effectExtent l="0" t="0" r="0" b="0"/>
                <wp:wrapNone/>
                <wp:docPr id="2383" name="Text 23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865" cy="512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06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286CB8"/>
                                <w:sz w:val="66"/>
                                <w:szCs w:val="66"/>
                              </w:rPr>
                              <w:t xml:space="preserve"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1197864</wp:posOffset>
                </wp:positionV>
                <wp:extent cx="1732687" cy="265176"/>
                <wp:effectExtent l="0" t="0" r="0" b="0"/>
                <wp:wrapNone/>
                <wp:docPr id="2384" name="Text 23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687" cy="265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z w:val="35"/>
                                <w:szCs w:val="35"/>
                              </w:rPr>
                              <w:t xml:space="preserve">What we 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1554480</wp:posOffset>
                </wp:positionV>
                <wp:extent cx="3353590" cy="607161"/>
                <wp:effectExtent l="0" t="0" r="0" b="0"/>
                <wp:wrapNone/>
                <wp:docPr id="2385" name="Text 23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3590" cy="6071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F2233"/>
                                <w:sz w:val="23"/>
                                <w:szCs w:val="23"/>
                              </w:rPr>
                              <w:t xml:space="preserve">A short paragraph about the service,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F2233"/>
                                <w:sz w:val="23"/>
                                <w:szCs w:val="23"/>
                              </w:rPr>
                              <w:t xml:space="preserve">written for the reader, not for the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F2233"/>
                                <w:sz w:val="23"/>
                                <w:szCs w:val="23"/>
                              </w:rPr>
                              <w:t xml:space="preserve">company.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2743200</wp:posOffset>
                </wp:positionV>
                <wp:extent cx="1060446" cy="512064"/>
                <wp:effectExtent l="0" t="0" r="0" b="0"/>
                <wp:wrapNone/>
                <wp:docPr id="2386" name="Text 23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46" cy="512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06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286CB8"/>
                                <w:sz w:val="66"/>
                                <w:szCs w:val="66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2798064</wp:posOffset>
                </wp:positionV>
                <wp:extent cx="1764449" cy="265176"/>
                <wp:effectExtent l="0" t="0" r="0" b="0"/>
                <wp:wrapNone/>
                <wp:docPr id="2387" name="Text 23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449" cy="265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z w:val="35"/>
                                <w:szCs w:val="35"/>
                              </w:rPr>
                              <w:t xml:space="preserve">Who it is for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3154679</wp:posOffset>
                </wp:positionV>
                <wp:extent cx="3355848" cy="395020"/>
                <wp:effectExtent l="0" t="0" r="0" b="0"/>
                <wp:wrapNone/>
                <wp:docPr id="2388" name="Text 23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5848" cy="3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F2233"/>
                                <w:sz w:val="23"/>
                                <w:szCs w:val="23"/>
                              </w:rPr>
                              <w:t xml:space="preserve">Describe the people who benefit and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F2233"/>
                                <w:sz w:val="23"/>
                                <w:szCs w:val="23"/>
                              </w:rPr>
                              <w:t xml:space="preserve">the problem it solves for them.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4343400</wp:posOffset>
                </wp:positionV>
                <wp:extent cx="1068447" cy="512064"/>
                <wp:effectExtent l="0" t="0" r="0" b="0"/>
                <wp:wrapNone/>
                <wp:docPr id="2389" name="Text 23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447" cy="512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06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286CB8"/>
                                <w:sz w:val="66"/>
                                <w:szCs w:val="66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4398264</wp:posOffset>
                </wp:positionV>
                <wp:extent cx="1901733" cy="265176"/>
                <wp:effectExtent l="0" t="0" r="0" b="0"/>
                <wp:wrapNone/>
                <wp:docPr id="2390" name="Text 23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733" cy="265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z w:val="35"/>
                                <w:szCs w:val="35"/>
                              </w:rPr>
                              <w:t xml:space="preserve">How it works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4754880</wp:posOffset>
                </wp:positionV>
                <wp:extent cx="3226360" cy="395020"/>
                <wp:effectExtent l="0" t="0" r="0" b="0"/>
                <wp:wrapNone/>
                <wp:docPr id="2391" name="Text 23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6360" cy="3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F2233"/>
                                <w:sz w:val="23"/>
                                <w:szCs w:val="23"/>
                              </w:rPr>
                              <w:t xml:space="preserve">Three clear steps from first contact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F2233"/>
                                <w:sz w:val="23"/>
                                <w:szCs w:val="23"/>
                              </w:rPr>
                              <w:t xml:space="preserve">to result.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5943600</wp:posOffset>
                </wp:positionV>
                <wp:extent cx="1081735" cy="512064"/>
                <wp:effectExtent l="0" t="0" r="0" b="0"/>
                <wp:wrapNone/>
                <wp:docPr id="2392" name="Text 23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735" cy="512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06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286CB8"/>
                                <w:sz w:val="66"/>
                                <w:szCs w:val="66"/>
                              </w:rPr>
                              <w:t xml:space="preserve">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5998464</wp:posOffset>
                </wp:positionV>
                <wp:extent cx="1771878" cy="265176"/>
                <wp:effectExtent l="0" t="0" r="0" b="0"/>
                <wp:wrapNone/>
                <wp:docPr id="2393" name="Text 23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878" cy="265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z w:val="35"/>
                                <w:szCs w:val="35"/>
                              </w:rPr>
                              <w:t xml:space="preserve">Get in touch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6355080</wp:posOffset>
                </wp:positionV>
                <wp:extent cx="3166552" cy="182879"/>
                <wp:effectExtent l="0" t="0" r="0" b="0"/>
                <wp:wrapNone/>
                <wp:docPr id="2394" name="Text 23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6552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F2233"/>
                                <w:sz w:val="23"/>
                                <w:szCs w:val="23"/>
                              </w:rPr>
                              <w:t xml:space="preserve">Phone, email and address go here.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3883295</wp:posOffset>
                </wp:positionH>
                <wp:positionV relativeFrom="page">
                  <wp:posOffset>8275320</wp:posOffset>
                </wp:positionV>
                <wp:extent cx="2203964" cy="192024"/>
                <wp:effectExtent l="0" t="0" r="0" b="0"/>
                <wp:wrapNone/>
                <wp:docPr id="2395" name="Text 23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3964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z w:val="26"/>
                                <w:szCs w:val="26"/>
                              </w:rPr>
                              <w:t xml:space="preserve">Book a free first visit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Lumen Clinic — one-pager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