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F2F8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6"/>
        <w:gridCol w:w="170"/>
        <w:gridCol w:w="11340"/>
      </w:tblGrid>
      <w:tr>
        <w:trPr>
          <w:trHeight w:val="16805" w:hRule="atLeast"/>
        </w:trPr>
        <w:tc>
          <w:tcPr>
            <w:tcW w:type="dxa" w:w="397"/>
            <w:shd w:val="clear" w:color="auto" w:fill="2F7FD8"/>
          </w:tcPr>
          <w:p/>
        </w:tc>
        <w:tc>
          <w:tcPr>
            <w:tcW w:type="dxa" w:w="170"/>
            <w:shd w:val="clear" w:color="auto" w:fill="78C4F0"/>
          </w:tcPr>
          <w:p/>
        </w:tc>
        <w:tc>
          <w:tcPr>
            <w:tcW w:type="dxa" w:w="11339"/>
            <w:shd w:val="clear" w:color="auto" w:fill="EAF2F8"/>
            <w:vAlign w:val="center"/>
            <w:tcMar>
              <w:top w:w="793" w:type="dxa"/>
              <w:left w:w="1134" w:type="dxa"/>
              <w:bottom w:w="680" w:type="dxa"/>
              <w:right w:w="1134" w:type="dxa"/>
            </w:tcMar>
          </w:tcPr>
          <w:p>
            <w:pPr>
              <w:pStyle w:val="CertKicker"/>
            </w:pPr>
            <w:r>
              <w:rPr/>
              <w:t>Certificate of Merit</w:t>
            </w:r>
          </w:p>
          <w:p>
            <w:pPr>
              <w:pStyle w:val="CertTitle"/>
            </w:pPr>
            <w:r>
              <w:rPr/>
              <w:t>Science Olympiad</w:t>
            </w:r>
          </w:p>
          <w:p>
            <w:pPr>
              <w:pStyle w:val="CertSmall"/>
            </w:pPr>
            <w:r>
              <w:rPr/>
              <w:t>This certificate is proudly presented to</w:t>
            </w:r>
          </w:p>
          <w:p>
            <w:pPr>
              <w:pStyle w:val="CertName"/>
              <w:pBdr>
                <w:bottom w:val="single" w:sz="6" w:space="2" w:color="5A6975"/>
              </w:pBdr>
              <w:ind w:left="1814" w:right="1814"/>
            </w:pPr>
            <w:r>
              <w:rPr/>
              <w:t>Kabir Malhotra</w:t>
            </w:r>
          </w:p>
          <w:p>
            <w:pPr>
              <w:pStyle w:val="CertBody"/>
              <w:spacing w:before="260"/>
              <w:ind w:left="1089" w:right="1089"/>
            </w:pPr>
            <w:r>
              <w:rPr/>
              <w:t>for securing a merit position at the regional level of the Science Olympiad, Class X, 2026.</w:t>
            </w:r>
          </w:p>
          <w:p>
            <w:pPr>
              <w:pStyle w:val="CertBody"/>
              <w:spacing w:after="364"/>
            </w:pPr>
            <w:r>
              <w:rPr>
                <w:sz w:val="8"/>
              </w:rPr>
            </w:r>
          </w:p>
          <w:tbl>
            <w:tblPr>
              <w:tblLook w:firstColumn="1" w:firstRow="1" w:lastColumn="0" w:lastRow="0" w:noHBand="0" w:noVBand="1" w:val="04A0"/>
              <w:tblW w:w="907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084"/>
              <w:gridCol w:w="2903"/>
              <w:gridCol w:w="3084"/>
            </w:tblGrid>
            <w:tr>
              <w:tc>
                <w:tcPr>
                  <w:tcW w:type="dxa" w:w="3084"/>
                  <w:vAlign w:val="bottom"/>
                </w:tcPr>
                <w:p>
                  <w:pPr>
                    <w:pStyle w:val="CertSign"/>
                    <w:spacing w:after="39"/>
                  </w:pPr>
                  <w:r>
                    <w:rPr>
                      <w:rFonts w:ascii="Lora" w:hAnsi="Lora" w:cs="Lora" w:eastAsia="Lora"/>
                      <w:sz w:val="28"/>
                    </w:rPr>
                    <w:t>Dr. Asha Menon</w:t>
                  </w:r>
                </w:p>
                <w:p>
                  <w:pPr>
                    <w:pStyle w:val="CertSign"/>
                    <w:pBdr>
                      <w:top w:val="single" w:sz="6" w:space="4" w:color="5A6975"/>
                    </w:pBdr>
                    <w:ind w:left="227" w:right="227"/>
                  </w:pPr>
                  <w:r>
                    <w:rPr>
                      <w:color w:val="5A6975"/>
                      <w:sz w:val="22"/>
                    </w:rPr>
                    <w:t>Programme Director</w:t>
                  </w:r>
                </w:p>
              </w:tc>
              <w:tc>
                <w:tcPr>
                  <w:tcW w:type="dxa" w:w="2903"/>
                  <w:vAlign w:val="center"/>
                </w:tcPr>
                <w:p>
                  <w:pPr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29600" cy="149292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eal_blue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29600" cy="149292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084"/>
                  <w:vAlign w:val="bottom"/>
                </w:tcPr>
                <w:p>
                  <w:pPr>
                    <w:pStyle w:val="CertSign"/>
                    <w:spacing w:after="39"/>
                  </w:pPr>
                  <w:r>
                    <w:rPr>
                      <w:rFonts w:ascii="Lora" w:hAnsi="Lora" w:cs="Lora" w:eastAsia="Lora"/>
                      <w:sz w:val="28"/>
                    </w:rPr>
                    <w:t>14 October 2026</w:t>
                  </w:r>
                </w:p>
                <w:p>
                  <w:pPr>
                    <w:pStyle w:val="CertSign"/>
                    <w:pBdr>
                      <w:top w:val="single" w:sz="6" w:space="4" w:color="5A6975"/>
                    </w:pBdr>
                    <w:ind w:left="227" w:right="227"/>
                  </w:pPr>
                  <w:r>
                    <w:rPr>
                      <w:color w:val="5A6975"/>
                      <w:sz w:val="22"/>
                    </w:rPr>
                    <w:t>Date</w:t>
                  </w:r>
                </w:p>
              </w:tc>
            </w:tr>
          </w:tbl>
          <w:p/>
          <w:p>
            <w:pPr>
              <w:pStyle w:val="CertFoot"/>
              <w:spacing w:before="312"/>
            </w:pPr>
            <w:r>
              <w:rPr/>
              <w:t>Marigold Science Foundation   ·   Certificate No. MSF-SO-2026-114</w:t>
            </w: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0F22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ertKicker">
    <w:name w:val="Cert Kicker"/>
    <w:basedOn w:val="Normal"/>
    <w:qFormat/>
    <w:pPr>
      <w:keepNext w:val="0"/>
      <w:spacing w:before="0" w:after="156"/>
      <w:jc w:val="center"/>
    </w:pPr>
    <w:rPr>
      <w:rFonts w:ascii="Roboto Mono" w:hAnsi="Roboto Mono" w:cs="Roboto Mono" w:eastAsia="Roboto Mono"/>
      <w:b/>
      <w:caps/>
      <w:color w:val="2F7FD8"/>
      <w:sz w:val="23"/>
      <w:spacing w:val="64"/>
    </w:rPr>
  </w:style>
  <w:style w:type="paragraph" w:customStyle="1" w:styleId="CertTitle">
    <w:name w:val="Cert Title"/>
    <w:basedOn w:val="Normal"/>
    <w:qFormat/>
    <w:pPr>
      <w:keepNext w:val="0"/>
      <w:spacing w:before="0" w:after="260"/>
      <w:jc w:val="center"/>
      <w:outlineLvl w:val="0"/>
    </w:pPr>
    <w:rPr>
      <w:rFonts w:ascii="Arial" w:hAnsi="Arial" w:cs="Arial" w:eastAsia="Arial"/>
      <w:b/>
      <w:caps w:val="0"/>
      <w:color w:val="0F2233"/>
      <w:sz w:val="109"/>
      <w:spacing w:val="-10"/>
    </w:rPr>
  </w:style>
  <w:style w:type="paragraph" w:customStyle="1" w:styleId="CertSmall">
    <w:name w:val="Cert Small"/>
    <w:basedOn w:val="Normal"/>
    <w:qFormat/>
    <w:pPr>
      <w:keepNext w:val="0"/>
      <w:spacing w:before="0" w:after="52"/>
      <w:jc w:val="center"/>
    </w:pPr>
    <w:rPr>
      <w:rFonts w:ascii="Lora" w:hAnsi="Lora" w:cs="Lora" w:eastAsia="Lora"/>
      <w:i/>
      <w:color w:val="5A6975"/>
      <w:sz w:val="28"/>
    </w:rPr>
  </w:style>
  <w:style w:type="paragraph" w:customStyle="1" w:styleId="CertName">
    <w:name w:val="Cert Name"/>
    <w:basedOn w:val="Normal"/>
    <w:qFormat/>
    <w:pPr>
      <w:keepNext w:val="0"/>
      <w:spacing w:before="0" w:after="0" w:line="240" w:lineRule="auto"/>
      <w:jc w:val="center"/>
    </w:pPr>
    <w:rPr>
      <w:rFonts w:ascii="Great Vibes" w:hAnsi="Great Vibes" w:cs="Great Vibes" w:eastAsia="Great Vibes"/>
      <w:color w:val="0F2233"/>
      <w:sz w:val="119"/>
    </w:rPr>
  </w:style>
  <w:style w:type="paragraph" w:customStyle="1" w:styleId="CertBody">
    <w:name w:val="Cert Body"/>
    <w:basedOn w:val="Normal"/>
    <w:qFormat/>
    <w:pPr>
      <w:keepNext w:val="0"/>
      <w:spacing w:before="0" w:after="0" w:line="324" w:lineRule="auto"/>
      <w:jc w:val="center"/>
    </w:pPr>
    <w:rPr>
      <w:rFonts w:ascii="Lora" w:hAnsi="Lora" w:cs="Lora" w:eastAsia="Lora"/>
      <w:color w:val="0F2233"/>
      <w:sz w:val="29"/>
    </w:rPr>
  </w:style>
  <w:style w:type="paragraph" w:customStyle="1" w:styleId="CertSign">
    <w:name w:val="Cert Sign"/>
    <w:basedOn w:val="Normal"/>
    <w:qFormat/>
    <w:pPr>
      <w:keepNext w:val="0"/>
      <w:spacing w:before="0" w:after="0"/>
      <w:jc w:val="center"/>
    </w:pPr>
    <w:rPr>
      <w:rFonts w:ascii="Inter" w:hAnsi="Inter" w:cs="Inter" w:eastAsia="Inter"/>
      <w:color w:val="0F2233"/>
      <w:sz w:val="24"/>
    </w:rPr>
  </w:style>
  <w:style w:type="paragraph" w:customStyle="1" w:styleId="CertFoot">
    <w:name w:val="Cert Foot"/>
    <w:basedOn w:val="Normal"/>
    <w:qFormat/>
    <w:pPr>
      <w:keepNext w:val="0"/>
      <w:spacing w:before="0" w:after="0"/>
      <w:jc w:val="center"/>
    </w:pPr>
    <w:rPr>
      <w:rFonts w:ascii="Roboto Mono" w:hAnsi="Roboto Mono" w:cs="Roboto Mono" w:eastAsia="Roboto Mono"/>
      <w:caps/>
      <w:color w:val="5A6975"/>
      <w:sz w:val="18"/>
      <w:spacing w:val="40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Merit — Science Olympiad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