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14281F"/>
  <w:body>
    <w:tbl>
      <w:tblPr>
        <w:tblLook w:firstColumn="1" w:firstRow="1" w:lastColumn="0" w:lastRow="0" w:noHBand="0" w:noVBand="1" w:val="04A0"/>
        <w:tblW w:w="16839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839"/>
      </w:tblGrid>
      <w:tr>
        <w:trPr>
          <w:trHeight w:val="11872" w:hRule="atLeast"/>
        </w:trPr>
        <w:tc>
          <w:tcPr>
            <w:tcW w:type="dxa" w:w="16838"/>
            <w:shd w:val="clear" w:color="auto" w:fill="14281F"/>
            <w:tcMar>
              <w:top w:w="623" w:type="dxa"/>
              <w:left w:w="623" w:type="dxa"/>
              <w:bottom w:w="623" w:type="dxa"/>
              <w:right w:w="623" w:type="dxa"/>
            </w:tcMar>
          </w:tcPr>
          <w:tbl>
            <w:tblPr>
              <w:tblLook w:firstColumn="1" w:firstRow="1" w:lastColumn="0" w:lastRow="0" w:noHBand="0" w:noVBand="1" w:val="04A0"/>
              <w:tblW w:w="15592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340"/>
              <w:gridCol w:w="15252"/>
            </w:tblGrid>
            <w:tr>
              <w:trPr>
                <w:trHeight w:val="10319" w:hRule="atLeast"/>
              </w:trPr>
              <w:tc>
                <w:tcPr>
                  <w:tcW w:type="dxa" w:w="340"/>
                  <w:shd w:val="clear" w:color="auto" w:fill="E0B85A"/>
                </w:tcPr>
                <w:p/>
              </w:tc>
              <w:tc>
                <w:tcPr>
                  <w:tcW w:type="dxa" w:w="15250"/>
                  <w:vAlign w:val="center"/>
                  <w:tcMar>
                    <w:top w:w="226" w:type="dxa"/>
                    <w:left w:w="1360" w:type="dxa"/>
                    <w:bottom w:w="453" w:type="dxa"/>
                    <w:right w:w="793" w:type="dxa"/>
                  </w:tcMar>
                </w:tcPr>
                <w:p>
                  <w:pPr>
                    <w:spacing w:after="0"/>
                    <w:jc w:val="right"/>
                  </w:pPr>
                  <w:r>
                    <w:drawing>
                      <wp:inline xmlns:a="http://schemas.openxmlformats.org/drawingml/2006/main" xmlns:pic="http://schemas.openxmlformats.org/drawingml/2006/picture">
                        <wp:extent cx="1080000" cy="108000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0" name="spiro_gold2.png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80000" cy="1080000"/>
                                </a:xfrm>
                                <a:prstGeom prst="rect"/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pStyle w:val="CertKicker"/>
                  </w:pPr>
                  <w:r>
                    <w:rPr/>
                    <w:t>Certificate of Completion</w:t>
                  </w:r>
                </w:p>
                <w:p>
                  <w:pPr>
                    <w:pStyle w:val="CertTitle"/>
                  </w:pPr>
                  <w:r>
                    <w:rPr/>
                    <w:t>Yoga Teacher Training</w:t>
                  </w:r>
                </w:p>
                <w:p>
                  <w:pPr>
                    <w:pStyle w:val="CertSmall"/>
                  </w:pPr>
                  <w:r>
                    <w:rPr/>
                    <w:t>This certificate is proudly presented to</w:t>
                  </w:r>
                </w:p>
                <w:p>
                  <w:pPr>
                    <w:pStyle w:val="CertName"/>
                    <w:pBdr>
                      <w:bottom w:val="single" w:sz="6" w:space="2" w:color="A9B9AD"/>
                    </w:pBdr>
                    <w:ind w:left="2619" w:right="2619"/>
                  </w:pPr>
                  <w:r>
                    <w:rPr/>
                    <w:t>Naina Joshi</w:t>
                  </w:r>
                </w:p>
                <w:p>
                  <w:pPr>
                    <w:pStyle w:val="CertBody"/>
                    <w:spacing w:before="224"/>
                    <w:ind w:left="1572" w:right="1572"/>
                  </w:pPr>
                  <w:r>
                    <w:rPr/>
                    <w:t>for completing 200 hours of yoga teacher training, including anatomy, philosophy, teaching methodology and supervised practice.</w:t>
                  </w:r>
                </w:p>
                <w:p>
                  <w:pPr>
                    <w:pStyle w:val="CertBody"/>
                    <w:spacing w:after="314"/>
                  </w:pPr>
                  <w:r>
                    <w:rPr>
                      <w:sz w:val="8"/>
                    </w:rPr>
                  </w:r>
                </w:p>
                <w:tbl>
                  <w:tblPr>
                    <w:tblLook w:firstColumn="1" w:firstRow="1" w:lastColumn="0" w:lastRow="0" w:noHBand="0" w:noVBand="1" w:val="04A0"/>
                    <w:tblW w:w="13097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4453"/>
                    <w:gridCol w:w="4191"/>
                    <w:gridCol w:w="4453"/>
                  </w:tblGrid>
                  <w:tr>
                    <w:tc>
                      <w:tcPr>
                        <w:tcW w:type="dxa" w:w="4453"/>
                        <w:vAlign w:val="bottom"/>
                      </w:tcPr>
                      <w:p>
                        <w:pPr>
                          <w:pStyle w:val="CertSign"/>
                          <w:spacing w:after="34"/>
                        </w:pPr>
                        <w:r>
                          <w:rPr>
                            <w:rFonts w:ascii="Cormorant Garamond" w:hAnsi="Cormorant Garamond" w:cs="Cormorant Garamond" w:eastAsia="Cormorant Garamond"/>
                            <w:sz w:val="24"/>
                          </w:rPr>
                          <w:t>Meera Kulkarni</w:t>
                        </w:r>
                      </w:p>
                      <w:p>
                        <w:pPr>
                          <w:pStyle w:val="CertSign"/>
                          <w:pBdr>
                            <w:top w:val="single" w:sz="6" w:space="4" w:color="A9B9AD"/>
                          </w:pBdr>
                          <w:ind w:left="227" w:right="227"/>
                        </w:pPr>
                        <w:r>
                          <w:rPr>
                            <w:color w:val="A9B9AD"/>
                            <w:sz w:val="19"/>
                          </w:rPr>
                          <w:t>Director</w:t>
                        </w:r>
                      </w:p>
                    </w:tc>
                    <w:tc>
                      <w:tcPr>
                        <w:tcW w:type="dxa" w:w="4191"/>
                        <w:vAlign w:val="center"/>
                      </w:tcPr>
                      <w:p>
                        <w:pPr>
                          <w:jc w:val="center"/>
                        </w:pPr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887040" cy="1286208"/>
                              <wp:docPr id="2" name="Picture 2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eal_gold2.png"/>
                                      <pic:cNvPicPr/>
                                    </pic:nvPicPr>
                                    <pic:blipFill>
                                      <a:blip r:embed="rId1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87040" cy="1286208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4453"/>
                        <w:vAlign w:val="bottom"/>
                      </w:tcPr>
                      <w:p>
                        <w:pPr>
                          <w:pStyle w:val="CertSign"/>
                          <w:spacing w:after="34"/>
                        </w:pPr>
                        <w:r>
                          <w:rPr>
                            <w:rFonts w:ascii="Cormorant Garamond" w:hAnsi="Cormorant Garamond" w:cs="Cormorant Garamond" w:eastAsia="Cormorant Garamond"/>
                            <w:sz w:val="24"/>
                          </w:rPr>
                          <w:t>14 October 2026</w:t>
                        </w:r>
                      </w:p>
                      <w:p>
                        <w:pPr>
                          <w:pStyle w:val="CertSign"/>
                          <w:pBdr>
                            <w:top w:val="single" w:sz="6" w:space="4" w:color="A9B9AD"/>
                          </w:pBdr>
                          <w:ind w:left="227" w:right="227"/>
                        </w:pPr>
                        <w:r>
                          <w:rPr>
                            <w:color w:val="A9B9AD"/>
                            <w:sz w:val="19"/>
                          </w:rPr>
                          <w:t>Date</w:t>
                        </w:r>
                      </w:p>
                    </w:tc>
                  </w:tr>
                </w:tbl>
                <w:p/>
                <w:p>
                  <w:pPr>
                    <w:pStyle w:val="CertFoot"/>
                    <w:spacing w:before="269"/>
                  </w:pPr>
                  <w:r>
                    <w:rPr/>
                    <w:t>Chai Collective Yoga School   ·   Certificate No. CC-YTT-2026-08</w:t>
                  </w:r>
                </w:p>
              </w:tc>
            </w:tr>
          </w:tbl>
          <w:p/>
          <w:p>
            <w:pPr>
              <w:pStyle w:val="PageEnd"/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6838" w:h="11906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EFE9D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34"/>
      <w:jc w:val="center"/>
    </w:pPr>
    <w:rPr>
      <w:rFonts w:ascii="Roboto Mono" w:hAnsi="Roboto Mono" w:cs="Roboto Mono" w:eastAsia="Roboto Mono"/>
      <w:b/>
      <w:caps/>
      <w:color w:val="E0B85A"/>
      <w:sz w:val="20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24"/>
      <w:jc w:val="center"/>
      <w:outlineLvl w:val="0"/>
    </w:pPr>
    <w:rPr>
      <w:rFonts w:ascii="Cormorant Garamond" w:hAnsi="Cormorant Garamond" w:cs="Cormorant Garamond" w:eastAsia="Cormorant Garamond"/>
      <w:b w:val="0"/>
      <w:caps w:val="0"/>
      <w:color w:val="EFE9DA"/>
      <w:sz w:val="94"/>
      <w:spacing w:val="-10"/>
    </w:rPr>
  </w:style>
  <w:style w:type="paragraph" w:customStyle="1" w:styleId="CertSmall">
    <w:name w:val="Cert Small"/>
    <w:basedOn w:val="Normal"/>
    <w:qFormat/>
    <w:pPr>
      <w:keepNext w:val="0"/>
      <w:spacing w:before="0" w:after="45"/>
      <w:jc w:val="center"/>
    </w:pPr>
    <w:rPr>
      <w:rFonts w:ascii="Cormorant Garamond" w:hAnsi="Cormorant Garamond" w:cs="Cormorant Garamond" w:eastAsia="Cormorant Garamond"/>
      <w:i/>
      <w:color w:val="A9B9AD"/>
      <w:sz w:val="24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EFE9DA"/>
      <w:sz w:val="103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Cormorant Garamond" w:hAnsi="Cormorant Garamond" w:cs="Cormorant Garamond" w:eastAsia="Cormorant Garamond"/>
      <w:color w:val="EFE9DA"/>
      <w:sz w:val="25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EFE9DA"/>
      <w:sz w:val="21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A9B9AD"/>
      <w:sz w:val="15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Completion — Yoga Teacher Training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