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252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252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5024913</wp:posOffset>
                </wp:positionH>
                <wp:positionV relativeFrom="page">
                  <wp:posOffset>530352</wp:posOffset>
                </wp:positionV>
                <wp:extent cx="4580572" cy="292608"/>
                <wp:effectExtent l="0" t="0" r="0" b="0"/>
                <wp:wrapNone/>
                <wp:docPr id="3253" name="Text 32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0572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120"/>
                                <w:sz w:val="40"/>
                                <w:szCs w:val="40"/>
                              </w:rPr>
                              <w:t xml:space="preserve">ADMISSIONS OPEN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5325065</wp:posOffset>
                </wp:positionH>
                <wp:positionV relativeFrom="page">
                  <wp:posOffset>17593056</wp:posOffset>
                </wp:positionV>
                <wp:extent cx="3980268" cy="292608"/>
                <wp:effectExtent l="0" t="0" r="0" b="0"/>
                <wp:wrapNone/>
                <wp:docPr id="3254" name="Text 32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0268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120"/>
                                <w:sz w:val="40"/>
                                <w:szCs w:val="40"/>
                              </w:rPr>
                              <w:t xml:space="preserve">SAMPLE SCHOOL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1094263</wp:posOffset>
                </wp:positionH>
                <wp:positionV relativeFrom="page">
                  <wp:posOffset>9015984</wp:posOffset>
                </wp:positionV>
                <wp:extent cx="13132543" cy="3456431"/>
                <wp:effectExtent l="0" t="0" r="0" b="0"/>
                <wp:wrapNone/>
                <wp:docPr id="3255" name="Text 32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32543" cy="34564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43" w:lineRule="exact"/>
                              <w:jc w:val="center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E8F3F1"/>
                                <w:spacing w:val="285"/>
                                <w:sz w:val="432"/>
                                <w:szCs w:val="432"/>
                              </w:rPr>
                              <w:t xml:space="preserve">Class of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3662571</wp:posOffset>
                </wp:positionH>
                <wp:positionV relativeFrom="page">
                  <wp:posOffset>11539728</wp:posOffset>
                </wp:positionV>
                <wp:extent cx="7563005" cy="3456431"/>
                <wp:effectExtent l="0" t="0" r="0" b="0"/>
                <wp:wrapNone/>
                <wp:docPr id="3256" name="Text 325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3005" cy="34564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43" w:lineRule="exact"/>
                              <w:jc w:val="center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E8F3F1"/>
                                <w:sz w:val="432"/>
                                <w:szCs w:val="432"/>
                              </w:rPr>
                              <w:t xml:space="preserve">2027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2734327</wp:posOffset>
                </wp:positionH>
                <wp:positionV relativeFrom="page">
                  <wp:posOffset>14740127</wp:posOffset>
                </wp:positionV>
                <wp:extent cx="9161745" cy="978407"/>
                <wp:effectExtent l="0" t="0" r="0" b="0"/>
                <wp:wrapNone/>
                <wp:docPr id="3257" name="Text 325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61745" cy="978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62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E8F3F1"/>
                                <w:sz w:val="60"/>
                                <w:szCs w:val="60"/>
                              </w:rPr>
                              <w:t xml:space="preserve">Admissions open for Nursery to Grade 9.</w:t>
                            </w:r>
                          </w:p>
                          <w:p>
                            <w:pPr>
                              <w:spacing w:before="0" w:after="0" w:line="878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E8F3F1"/>
                                <w:sz w:val="60"/>
                                <w:szCs w:val="60"/>
                              </w:rPr>
                              <w:t xml:space="preserve">Visit our campus.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5338895</wp:posOffset>
                </wp:positionH>
                <wp:positionV relativeFrom="page">
                  <wp:posOffset>16203167</wp:posOffset>
                </wp:positionV>
                <wp:extent cx="3952608" cy="310896"/>
                <wp:effectExtent l="0" t="0" r="0" b="0"/>
                <wp:wrapNone/>
                <wp:docPr id="3258" name="Text 325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608" cy="310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9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8F3F1"/>
                                <w:spacing w:val="40"/>
                                <w:sz w:val="46"/>
                                <w:szCs w:val="46"/>
                              </w:rPr>
                              <w:t xml:space="preserve">2027–28  ·  ONLINE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of 2027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