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688921" cy="18361152"/>
            <wp:effectExtent l="0" t="0" r="0" b="0"/>
            <wp:wrapNone/>
            <wp:docPr id="3259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3259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88921" cy="18361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713232</wp:posOffset>
                </wp:positionH>
                <wp:positionV relativeFrom="page">
                  <wp:posOffset>10956340</wp:posOffset>
                </wp:positionV>
                <wp:extent cx="13844016" cy="2761488"/>
                <wp:effectExtent l="0" t="0" r="0" b="0"/>
                <wp:wrapNone/>
                <wp:docPr id="3260" name="Text 326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44016" cy="27614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48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251B45"/>
                                <w:spacing w:val="438"/>
                                <w:sz w:val="329"/>
                                <w:szCs w:val="329"/>
                              </w:rPr>
                              <w:t xml:space="preserve">UI DESIGN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713232</wp:posOffset>
                </wp:positionH>
                <wp:positionV relativeFrom="page">
                  <wp:posOffset>12865608</wp:posOffset>
                </wp:positionV>
                <wp:extent cx="13844016" cy="2907791"/>
                <wp:effectExtent l="0" t="0" r="0" b="0"/>
                <wp:wrapNone/>
                <wp:docPr id="3261" name="Text 326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44016" cy="29077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579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251B45"/>
                                <w:spacing w:val="-73"/>
                                <w:sz w:val="346"/>
                                <w:szCs w:val="346"/>
                              </w:rPr>
                              <w:t xml:space="preserve">BOOTCAMP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713232</wp:posOffset>
                </wp:positionH>
                <wp:positionV relativeFrom="page">
                  <wp:posOffset>15590519</wp:posOffset>
                </wp:positionV>
                <wp:extent cx="8682428" cy="888796"/>
                <wp:effectExtent l="0" t="0" r="0" b="0"/>
                <wp:wrapNone/>
                <wp:docPr id="3262" name="Text 326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82428" cy="8887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04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251B45"/>
                                <w:sz w:val="55"/>
                                <w:szCs w:val="55"/>
                              </w:rPr>
                              <w:t xml:space="preserve">Twelve weeks from first wireframe to a real</w:t>
                            </w:r>
                          </w:p>
                          <w:p>
                            <w:pPr>
                              <w:spacing w:before="0" w:after="0" w:line="794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251B45"/>
                                <w:sz w:val="55"/>
                                <w:szCs w:val="55"/>
                              </w:rPr>
                              <w:t xml:space="preserve">portfolio.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7752083</wp:posOffset>
                </wp:positionH>
                <wp:positionV relativeFrom="page">
                  <wp:posOffset>17428464</wp:posOffset>
                </wp:positionV>
                <wp:extent cx="6165084" cy="274320"/>
                <wp:effectExtent l="0" t="0" r="0" b="0"/>
                <wp:wrapNone/>
                <wp:docPr id="3263" name="Text 326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5084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251B45"/>
                                <w:spacing w:val="37"/>
                                <w:sz w:val="37"/>
                                <w:szCs w:val="37"/>
                              </w:rPr>
                              <w:t xml:space="preserve">1 MAR — SAMPLE DESIGN SCHOOL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713232</wp:posOffset>
                </wp:positionH>
                <wp:positionV relativeFrom="page">
                  <wp:posOffset>877824</wp:posOffset>
                </wp:positionV>
                <wp:extent cx="2585351" cy="274320"/>
                <wp:effectExtent l="0" t="0" r="0" b="0"/>
                <wp:wrapNone/>
                <wp:docPr id="3264" name="Text 326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5351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251B45"/>
                                <w:spacing w:val="52"/>
                                <w:sz w:val="37"/>
                                <w:szCs w:val="37"/>
                              </w:rPr>
                              <w:t xml:space="preserve">NEW COURSE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23040" w:h="288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 Design Bootcamp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