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26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26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1243584</wp:posOffset>
                </wp:positionV>
                <wp:extent cx="2232736" cy="274320"/>
                <wp:effectExtent l="0" t="0" r="0" b="0"/>
                <wp:wrapNone/>
                <wp:docPr id="3266" name="Text 32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736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8F3F1"/>
                                <w:spacing w:val="51"/>
                                <w:sz w:val="37"/>
                                <w:szCs w:val="37"/>
                              </w:rPr>
                              <w:t xml:space="preserve">COACHING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2381097</wp:posOffset>
                </wp:positionV>
                <wp:extent cx="5901479" cy="1810512"/>
                <wp:effectExtent l="0" t="0" r="0" b="0"/>
                <wp:wrapNone/>
                <wp:docPr id="3267" name="Text 32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1479" cy="18105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51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E8F3F1"/>
                                <w:spacing w:val="-76"/>
                                <w:sz w:val="259"/>
                                <w:szCs w:val="259"/>
                              </w:rPr>
                              <w:t xml:space="preserve">Crack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3895343</wp:posOffset>
                </wp:positionV>
                <wp:extent cx="9090769" cy="1810512"/>
                <wp:effectExtent l="0" t="0" r="0" b="0"/>
                <wp:wrapNone/>
                <wp:docPr id="3268" name="Text 32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90769" cy="18105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51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E8F3F1"/>
                                <w:spacing w:val="-23"/>
                                <w:sz w:val="259"/>
                                <w:szCs w:val="259"/>
                              </w:rPr>
                              <w:t xml:space="preserve">the Exam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5961888</wp:posOffset>
                </wp:positionV>
                <wp:extent cx="6266354" cy="888796"/>
                <wp:effectExtent l="0" t="0" r="0" b="0"/>
                <wp:wrapNone/>
                <wp:docPr id="3269" name="Text 32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6354" cy="8887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8F3F1"/>
                                <w:sz w:val="55"/>
                                <w:szCs w:val="55"/>
                              </w:rPr>
                              <w:t xml:space="preserve">Weekend batches for entrance</w:t>
                            </w:r>
                          </w:p>
                          <w:p>
                            <w:pPr>
                              <w:spacing w:before="0" w:after="0" w:line="79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8F3F1"/>
                                <w:sz w:val="55"/>
                                <w:szCs w:val="55"/>
                              </w:rPr>
                              <w:t xml:space="preserve">prep with weekly mock tests.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14447519</wp:posOffset>
                </wp:positionV>
                <wp:extent cx="1556823" cy="237744"/>
                <wp:effectExtent l="0" t="0" r="0" b="0"/>
                <wp:wrapNone/>
                <wp:docPr id="3270" name="Text 32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82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2A9B0"/>
                                <w:spacing w:val="44"/>
                                <w:sz w:val="32"/>
                                <w:szCs w:val="32"/>
                              </w:rPr>
                              <w:t xml:space="preserve">BATCH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14758416</wp:posOffset>
                </wp:positionV>
                <wp:extent cx="2087232" cy="347472"/>
                <wp:effectExtent l="0" t="0" r="0" b="0"/>
                <wp:wrapNone/>
                <wp:docPr id="3271" name="Text 32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7232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49"/>
                                <w:szCs w:val="49"/>
                              </w:rPr>
                              <w:t xml:space="preserve">Sat–Sun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15361919</wp:posOffset>
                </wp:positionV>
                <wp:extent cx="1556823" cy="237744"/>
                <wp:effectExtent l="0" t="0" r="0" b="0"/>
                <wp:wrapNone/>
                <wp:docPr id="3272" name="Text 32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82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2A9B0"/>
                                <w:spacing w:val="44"/>
                                <w:sz w:val="32"/>
                                <w:szCs w:val="32"/>
                              </w:rPr>
                              <w:t xml:space="preserve">MOCKS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15672816</wp:posOffset>
                </wp:positionV>
                <wp:extent cx="1918871" cy="347472"/>
                <wp:effectExtent l="0" t="0" r="0" b="0"/>
                <wp:wrapNone/>
                <wp:docPr id="3273" name="Text 32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8871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49"/>
                                <w:szCs w:val="49"/>
                              </w:rPr>
                              <w:t xml:space="preserve">Weekly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16276319</wp:posOffset>
                </wp:positionV>
                <wp:extent cx="1407375" cy="237744"/>
                <wp:effectExtent l="0" t="0" r="0" b="0"/>
                <wp:wrapNone/>
                <wp:docPr id="3274" name="Text 32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7375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2A9B0"/>
                                <w:spacing w:val="44"/>
                                <w:sz w:val="32"/>
                                <w:szCs w:val="32"/>
                              </w:rPr>
                              <w:t xml:space="preserve">DEMO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16587216</wp:posOffset>
                </wp:positionV>
                <wp:extent cx="1500016" cy="347472"/>
                <wp:effectExtent l="0" t="0" r="0" b="0"/>
                <wp:wrapNone/>
                <wp:docPr id="3275" name="Text 32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016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49"/>
                                <w:szCs w:val="49"/>
                              </w:rPr>
                              <w:t xml:space="preserve">Free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Crack the Exam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