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7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7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6042183</wp:posOffset>
                </wp:positionH>
                <wp:positionV relativeFrom="page">
                  <wp:posOffset>1938527</wp:posOffset>
                </wp:positionV>
                <wp:extent cx="2546032" cy="329184"/>
                <wp:effectExtent l="0" t="0" r="0" b="0"/>
                <wp:wrapNone/>
                <wp:docPr id="3277" name="Text 32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032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51B45"/>
                                <w:spacing w:val="125"/>
                                <w:sz w:val="43"/>
                                <w:szCs w:val="43"/>
                              </w:rPr>
                              <w:t xml:space="preserve">WEBINAR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3217340</wp:posOffset>
                </wp:positionH>
                <wp:positionV relativeFrom="page">
                  <wp:posOffset>2384755</wp:posOffset>
                </wp:positionV>
                <wp:extent cx="8142023" cy="3182112"/>
                <wp:effectExtent l="0" t="0" r="0" b="0"/>
                <wp:wrapNone/>
                <wp:docPr id="3278" name="Text 32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2023" cy="318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i/>
                                <w:iCs/>
                                <w:color w:val="251B45"/>
                                <w:spacing w:val="-74"/>
                                <w:sz w:val="374"/>
                                <w:szCs w:val="374"/>
                              </w:rPr>
                              <w:t xml:space="preserve">Study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73152</wp:posOffset>
                </wp:positionH>
                <wp:positionV relativeFrom="page">
                  <wp:posOffset>4572000</wp:posOffset>
                </wp:positionV>
                <wp:extent cx="14244368" cy="3182112"/>
                <wp:effectExtent l="0" t="0" r="0" b="0"/>
                <wp:wrapNone/>
                <wp:docPr id="3279" name="Text 32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4368" cy="318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i/>
                                <w:iCs/>
                                <w:color w:val="251B45"/>
                                <w:spacing w:val="80"/>
                                <w:sz w:val="374"/>
                                <w:szCs w:val="374"/>
                              </w:rPr>
                              <w:t xml:space="preserve">Abroad 101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14209775</wp:posOffset>
                </wp:positionV>
                <wp:extent cx="3868245" cy="1097280"/>
                <wp:effectExtent l="0" t="0" r="0" b="0"/>
                <wp:wrapNone/>
                <wp:docPr id="3280" name="Text 32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8245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51B45"/>
                                <w:sz w:val="43"/>
                                <w:szCs w:val="43"/>
                              </w:rPr>
                              <w:t xml:space="preserve">Applications, scholarships</w:t>
                            </w:r>
                          </w:p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51B45"/>
                                <w:sz w:val="43"/>
                                <w:szCs w:val="43"/>
                              </w:rPr>
                              <w:t xml:space="preserve">and visas explained in an</w:t>
                            </w:r>
                          </w:p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51B45"/>
                                <w:sz w:val="43"/>
                                <w:szCs w:val="43"/>
                              </w:rPr>
                              <w:t xml:space="preserve">hour.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17812512</wp:posOffset>
                </wp:positionV>
                <wp:extent cx="3946350" cy="256032"/>
                <wp:effectExtent l="0" t="0" r="0" b="0"/>
                <wp:wrapNone/>
                <wp:docPr id="3281" name="Text 32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6350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51"/>
                                <w:sz w:val="35"/>
                                <w:szCs w:val="35"/>
                              </w:rPr>
                              <w:t xml:space="preserve">SAMPLE COUNSELLING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12148546</wp:posOffset>
                </wp:positionH>
                <wp:positionV relativeFrom="page">
                  <wp:posOffset>17812512</wp:posOffset>
                </wp:positionV>
                <wp:extent cx="1476013" cy="256032"/>
                <wp:effectExtent l="0" t="0" r="0" b="0"/>
                <wp:wrapNone/>
                <wp:docPr id="3282" name="Text 32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13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51"/>
                                <w:sz w:val="35"/>
                                <w:szCs w:val="35"/>
                              </w:rPr>
                              <w:t xml:space="preserve">5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Abroad 101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