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283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283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73152</wp:posOffset>
                </wp:positionH>
                <wp:positionV relativeFrom="page">
                  <wp:posOffset>-109728</wp:posOffset>
                </wp:positionV>
                <wp:extent cx="14484096" cy="4645152"/>
                <wp:effectExtent l="0" t="0" r="0" b="0"/>
                <wp:wrapNone/>
                <wp:docPr id="3284" name="Text 328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84096" cy="46451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315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E8F3F1"/>
                                <w:spacing w:val="97"/>
                                <w:sz w:val="547"/>
                                <w:szCs w:val="547"/>
                              </w:rPr>
                              <w:t xml:space="preserve">LEARN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4023360</wp:posOffset>
                </wp:positionV>
                <wp:extent cx="2346750" cy="274320"/>
                <wp:effectExtent l="0" t="0" r="0" b="0"/>
                <wp:wrapNone/>
                <wp:docPr id="3285" name="Text 328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675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E8F3F1"/>
                                <w:spacing w:val="74"/>
                                <w:sz w:val="37"/>
                                <w:szCs w:val="37"/>
                              </w:rPr>
                              <w:t xml:space="preserve">ISSUE 07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11659285</wp:posOffset>
                </wp:positionH>
                <wp:positionV relativeFrom="page">
                  <wp:posOffset>4023360</wp:posOffset>
                </wp:positionV>
                <wp:extent cx="1965274" cy="274320"/>
                <wp:effectExtent l="0" t="0" r="0" b="0"/>
                <wp:wrapNone/>
                <wp:docPr id="3286" name="Text 328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5274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E8F3F1"/>
                                <w:spacing w:val="74"/>
                                <w:sz w:val="37"/>
                                <w:szCs w:val="37"/>
                              </w:rPr>
                              <w:t xml:space="preserve">6–7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12626035</wp:posOffset>
                </wp:positionV>
                <wp:extent cx="5239940" cy="1627632"/>
                <wp:effectExtent l="0" t="0" r="0" b="0"/>
                <wp:wrapNone/>
                <wp:docPr id="3287" name="Text 328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9940" cy="16276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6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8F3F1"/>
                                <w:spacing w:val="-79"/>
                                <w:sz w:val="230"/>
                                <w:szCs w:val="230"/>
                              </w:rPr>
                              <w:t xml:space="preserve">Silent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13972031</wp:posOffset>
                </wp:positionV>
                <wp:extent cx="12375625" cy="1627632"/>
                <wp:effectExtent l="0" t="0" r="0" b="0"/>
                <wp:wrapNone/>
                <wp:docPr id="3288" name="Text 328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75625" cy="16276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6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8F3F1"/>
                                <w:spacing w:val="-55"/>
                                <w:sz w:val="230"/>
                                <w:szCs w:val="230"/>
                              </w:rPr>
                              <w:t xml:space="preserve">Reading Hour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15617952</wp:posOffset>
                </wp:positionV>
                <wp:extent cx="6079959" cy="843076"/>
                <wp:effectExtent l="0" t="0" r="0" b="0"/>
                <wp:wrapNone/>
                <wp:docPr id="3289" name="Text 328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9959" cy="8430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7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E8F3F1"/>
                                <w:sz w:val="52"/>
                                <w:szCs w:val="52"/>
                              </w:rPr>
                              <w:t xml:space="preserve">Phones away, books out. Every</w:t>
                            </w:r>
                          </w:p>
                          <w:p>
                            <w:pPr>
                              <w:spacing w:before="0" w:after="0" w:line="75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E8F3F1"/>
                                <w:sz w:val="52"/>
                                <w:szCs w:val="52"/>
                              </w:rPr>
                              <w:t xml:space="preserve">evening at six.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11994527</wp:posOffset>
                </wp:positionH>
                <wp:positionV relativeFrom="page">
                  <wp:posOffset>5285232</wp:posOffset>
                </wp:positionV>
                <wp:extent cx="1630032" cy="256032"/>
                <wp:effectExtent l="0" t="0" r="0" b="0"/>
                <wp:wrapNone/>
                <wp:docPr id="3290" name="Text 329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0032" cy="256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03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3FD1C3"/>
                                <w:spacing w:val="43"/>
                                <w:sz w:val="35"/>
                                <w:szCs w:val="35"/>
                              </w:rPr>
                              <w:t xml:space="preserve">DAILY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11504295</wp:posOffset>
                </wp:positionH>
                <wp:positionV relativeFrom="page">
                  <wp:posOffset>5632704</wp:posOffset>
                </wp:positionV>
                <wp:extent cx="2120265" cy="402336"/>
                <wp:effectExtent l="0" t="0" r="0" b="0"/>
                <wp:wrapNone/>
                <wp:docPr id="3291" name="Text 329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265" cy="4023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33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8F3F1"/>
                                <w:sz w:val="58"/>
                                <w:szCs w:val="58"/>
                              </w:rPr>
                              <w:t xml:space="preserve">6–7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11994527</wp:posOffset>
                </wp:positionH>
                <wp:positionV relativeFrom="page">
                  <wp:posOffset>6931152</wp:posOffset>
                </wp:positionV>
                <wp:extent cx="1630032" cy="256032"/>
                <wp:effectExtent l="0" t="0" r="0" b="0"/>
                <wp:wrapNone/>
                <wp:docPr id="3292" name="Text 32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0032" cy="256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03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3FD1C3"/>
                                <w:spacing w:val="48"/>
                                <w:sz w:val="35"/>
                                <w:szCs w:val="35"/>
                              </w:rPr>
                              <w:t xml:space="preserve">SEATS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12358116</wp:posOffset>
                </wp:positionH>
                <wp:positionV relativeFrom="page">
                  <wp:posOffset>7278624</wp:posOffset>
                </wp:positionV>
                <wp:extent cx="1266444" cy="402336"/>
                <wp:effectExtent l="0" t="0" r="0" b="0"/>
                <wp:wrapNone/>
                <wp:docPr id="3293" name="Text 32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444" cy="4023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33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8F3F1"/>
                                <w:sz w:val="58"/>
                                <w:szCs w:val="58"/>
                              </w:rPr>
                              <w:t xml:space="preserve">40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12157405</wp:posOffset>
                </wp:positionH>
                <wp:positionV relativeFrom="page">
                  <wp:posOffset>8577072</wp:posOffset>
                </wp:positionV>
                <wp:extent cx="1467154" cy="256032"/>
                <wp:effectExtent l="0" t="0" r="0" b="0"/>
                <wp:wrapNone/>
                <wp:docPr id="3294" name="Text 32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7154" cy="256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03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3FD1C3"/>
                                <w:spacing w:val="48"/>
                                <w:sz w:val="35"/>
                                <w:szCs w:val="35"/>
                              </w:rPr>
                              <w:t xml:space="preserve">FREE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11159109</wp:posOffset>
                </wp:positionH>
                <wp:positionV relativeFrom="page">
                  <wp:posOffset>8924544</wp:posOffset>
                </wp:positionV>
                <wp:extent cx="2465451" cy="402336"/>
                <wp:effectExtent l="0" t="0" r="0" b="0"/>
                <wp:wrapNone/>
                <wp:docPr id="3295" name="Text 329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5451" cy="4023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33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8F3F1"/>
                                <w:sz w:val="58"/>
                                <w:szCs w:val="58"/>
                              </w:rPr>
                              <w:t xml:space="preserve">Members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Silent Reading Hour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