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30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30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530352</wp:posOffset>
                </wp:positionH>
                <wp:positionV relativeFrom="page">
                  <wp:posOffset>1342339</wp:posOffset>
                </wp:positionV>
                <wp:extent cx="13242549" cy="5504688"/>
                <wp:effectExtent l="0" t="0" r="0" b="0"/>
                <wp:wrapNone/>
                <wp:docPr id="3304" name="Text 33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42549" cy="5504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668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6A4CD6"/>
                                <w:spacing w:val="-354"/>
                                <w:sz w:val="782"/>
                                <w:szCs w:val="782"/>
                              </w:rPr>
                              <w:t xml:space="preserve">6–10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156783" cy="292608"/>
                <wp:effectExtent l="0" t="0" r="0" b="0"/>
                <wp:wrapNone/>
                <wp:docPr id="3305" name="Text 33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783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pacing w:val="56"/>
                                <w:sz w:val="40"/>
                                <w:szCs w:val="40"/>
                              </w:rPr>
                              <w:t xml:space="preserve">TUITION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12627864</wp:posOffset>
                </wp:positionV>
                <wp:extent cx="5715828" cy="1700783"/>
                <wp:effectExtent l="0" t="0" r="0" b="0"/>
                <wp:wrapNone/>
                <wp:docPr id="3306" name="Text 33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828" cy="1700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78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51B45"/>
                                <w:spacing w:val="-48"/>
                                <w:sz w:val="242"/>
                                <w:szCs w:val="242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14041526</wp:posOffset>
                </wp:positionV>
                <wp:extent cx="9504948" cy="1700783"/>
                <wp:effectExtent l="0" t="0" r="0" b="0"/>
                <wp:wrapNone/>
                <wp:docPr id="3307" name="Text 33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4948" cy="1700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78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51B45"/>
                                <w:spacing w:val="-61"/>
                                <w:sz w:val="242"/>
                                <w:szCs w:val="242"/>
                              </w:rPr>
                              <w:t xml:space="preserve">Made Easy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15797174</wp:posOffset>
                </wp:positionV>
                <wp:extent cx="9337709" cy="886968"/>
                <wp:effectExtent l="0" t="0" r="0" b="0"/>
                <wp:wrapNone/>
                <wp:docPr id="3308" name="Text 33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7709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51B45"/>
                                <w:sz w:val="55"/>
                                <w:szCs w:val="55"/>
                              </w:rPr>
                              <w:t xml:space="preserve">Small-group tuition for Grades 6–10, concepts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51B45"/>
                                <w:sz w:val="55"/>
                                <w:szCs w:val="55"/>
                              </w:rPr>
                              <w:t xml:space="preserve">first.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10657732</wp:posOffset>
                </wp:positionH>
                <wp:positionV relativeFrom="page">
                  <wp:posOffset>17337024</wp:posOffset>
                </wp:positionV>
                <wp:extent cx="2966827" cy="274320"/>
                <wp:effectExtent l="0" t="0" r="0" b="0"/>
                <wp:wrapNone/>
                <wp:docPr id="3309" name="Text 33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82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51B45"/>
                                <w:spacing w:val="55"/>
                                <w:sz w:val="37"/>
                                <w:szCs w:val="37"/>
                              </w:rPr>
                              <w:t xml:space="preserve">SAMPLE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17337024</wp:posOffset>
                </wp:positionV>
                <wp:extent cx="1536363" cy="274320"/>
                <wp:effectExtent l="0" t="0" r="0" b="0"/>
                <wp:wrapNone/>
                <wp:docPr id="3310" name="Text 33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363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51B45"/>
                                <w:spacing w:val="56"/>
                                <w:sz w:val="37"/>
                                <w:szCs w:val="37"/>
                              </w:rPr>
                              <w:t xml:space="preserve">6–10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Maths Made Easy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