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31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31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536545" cy="292608"/>
                <wp:effectExtent l="0" t="0" r="0" b="0"/>
                <wp:wrapNone/>
                <wp:docPr id="3312" name="Text 33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545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56"/>
                                <w:sz w:val="40"/>
                                <w:szCs w:val="40"/>
                              </w:rPr>
                              <w:t xml:space="preserve">EXAM TIPS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1934870</wp:posOffset>
                </wp:positionV>
                <wp:extent cx="8811430" cy="2249424"/>
                <wp:effectExtent l="0" t="0" r="0" b="0"/>
                <wp:wrapNone/>
                <wp:docPr id="3313" name="Text 33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1430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51B45"/>
                                <w:spacing w:val="-49"/>
                                <w:sz w:val="317"/>
                                <w:szCs w:val="317"/>
                              </w:rPr>
                              <w:t xml:space="preserve">Revise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3785616</wp:posOffset>
                </wp:positionV>
                <wp:extent cx="10229689" cy="2249424"/>
                <wp:effectExtent l="0" t="0" r="0" b="0"/>
                <wp:wrapNone/>
                <wp:docPr id="3314" name="Text 33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9689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51B45"/>
                                <w:spacing w:val="-47"/>
                                <w:sz w:val="317"/>
                                <w:szCs w:val="317"/>
                              </w:rPr>
                              <w:t xml:space="preserve">Smarter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6053328</wp:posOffset>
                </wp:positionV>
                <wp:extent cx="6577936" cy="932688"/>
                <wp:effectExtent l="0" t="0" r="0" b="0"/>
                <wp:wrapNone/>
                <wp:docPr id="3315" name="Text 33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7936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8"/>
                                <w:szCs w:val="58"/>
                              </w:rPr>
                              <w:t xml:space="preserve">Spaced repetition, past papers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8"/>
                                <w:szCs w:val="58"/>
                              </w:rPr>
                              <w:t xml:space="preserve">and enough sleep.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5538377</wp:posOffset>
                </wp:positionH>
                <wp:positionV relativeFrom="page">
                  <wp:posOffset>16952976</wp:posOffset>
                </wp:positionV>
                <wp:extent cx="3553644" cy="310896"/>
                <wp:effectExtent l="0" t="0" r="0" b="0"/>
                <wp:wrapNone/>
                <wp:docPr id="3316" name="Text 33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644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51B45"/>
                                <w:spacing w:val="15"/>
                                <w:sz w:val="46"/>
                                <w:szCs w:val="46"/>
                              </w:rPr>
                              <w:t xml:space="preserve">7  ·  Boards  ·  3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 Smarter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