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317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317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10585094</wp:posOffset>
                </wp:positionV>
                <wp:extent cx="11710172" cy="2450591"/>
                <wp:effectExtent l="0" t="0" r="0" b="0"/>
                <wp:wrapNone/>
                <wp:docPr id="3318" name="Text 33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0172" cy="24505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59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E8F3F1"/>
                                <w:spacing w:val="22"/>
                                <w:sz w:val="317"/>
                                <w:szCs w:val="317"/>
                              </w:rPr>
                              <w:t xml:space="preserve">Code for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12435840</wp:posOffset>
                </wp:positionV>
                <wp:extent cx="6135223" cy="2450591"/>
                <wp:effectExtent l="0" t="0" r="0" b="0"/>
                <wp:wrapNone/>
                <wp:docPr id="3319" name="Text 33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5223" cy="24505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59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E8F3F1"/>
                                <w:spacing w:val="-31"/>
                                <w:sz w:val="317"/>
                                <w:szCs w:val="317"/>
                              </w:rPr>
                              <w:t xml:space="preserve">Kids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14794992</wp:posOffset>
                </wp:positionV>
                <wp:extent cx="8188737" cy="923544"/>
                <wp:effectExtent l="0" t="0" r="0" b="0"/>
                <wp:wrapNone/>
                <wp:docPr id="3320" name="Text 33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8737" cy="9235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62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E8F3F1"/>
                                <w:sz w:val="55"/>
                                <w:szCs w:val="55"/>
                              </w:rPr>
                              <w:t xml:space="preserve">Scratch, Python and robotics for ages</w:t>
                            </w:r>
                          </w:p>
                          <w:p>
                            <w:pPr>
                              <w:spacing w:before="0" w:after="0" w:line="792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E8F3F1"/>
                                <w:sz w:val="55"/>
                                <w:szCs w:val="55"/>
                              </w:rPr>
                              <w:t xml:space="preserve">8 to 15.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9125712</wp:posOffset>
                </wp:positionH>
                <wp:positionV relativeFrom="page">
                  <wp:posOffset>15380208</wp:posOffset>
                </wp:positionV>
                <wp:extent cx="1321639" cy="201168"/>
                <wp:effectExtent l="0" t="0" r="0" b="0"/>
                <wp:wrapNone/>
                <wp:docPr id="3321" name="Text 33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1639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82A9B0"/>
                                <w:spacing w:val="33"/>
                                <w:sz w:val="28"/>
                                <w:szCs w:val="28"/>
                              </w:rPr>
                              <w:t xml:space="preserve">AGES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11874969</wp:posOffset>
                </wp:positionH>
                <wp:positionV relativeFrom="page">
                  <wp:posOffset>15288767</wp:posOffset>
                </wp:positionV>
                <wp:extent cx="1383830" cy="310896"/>
                <wp:effectExtent l="0" t="0" r="0" b="0"/>
                <wp:wrapNone/>
                <wp:docPr id="3322" name="Text 33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830" cy="310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9" w:lineRule="exact"/>
                              <w:jc w:val="righ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E8F3F1"/>
                                <w:sz w:val="40"/>
                                <w:szCs w:val="40"/>
                              </w:rPr>
                              <w:t xml:space="preserve">8–15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9125712</wp:posOffset>
                </wp:positionH>
                <wp:positionV relativeFrom="page">
                  <wp:posOffset>16111727</wp:posOffset>
                </wp:positionV>
                <wp:extent cx="1451084" cy="201168"/>
                <wp:effectExtent l="0" t="0" r="0" b="0"/>
                <wp:wrapNone/>
                <wp:docPr id="3323" name="Text 33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1084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82A9B0"/>
                                <w:spacing w:val="33"/>
                                <w:sz w:val="28"/>
                                <w:szCs w:val="28"/>
                              </w:rPr>
                              <w:t xml:space="preserve">BATCH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11273180</wp:posOffset>
                </wp:positionH>
                <wp:positionV relativeFrom="page">
                  <wp:posOffset>16020288</wp:posOffset>
                </wp:positionV>
                <wp:extent cx="1985619" cy="310896"/>
                <wp:effectExtent l="0" t="0" r="0" b="0"/>
                <wp:wrapNone/>
                <wp:docPr id="3324" name="Text 33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5619" cy="310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9" w:lineRule="exact"/>
                              <w:jc w:val="righ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E8F3F1"/>
                                <w:sz w:val="40"/>
                                <w:szCs w:val="40"/>
                              </w:rPr>
                              <w:t xml:space="preserve">Weekend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 for Kids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