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32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32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9791395</wp:posOffset>
                </wp:positionV>
                <wp:extent cx="11857939" cy="2907791"/>
                <wp:effectExtent l="0" t="0" r="0" b="0"/>
                <wp:wrapNone/>
                <wp:docPr id="3326" name="Text 33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57939" cy="2907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579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pacing w:val="-126"/>
                                <w:sz w:val="374"/>
                                <w:szCs w:val="374"/>
                              </w:rPr>
                              <w:t xml:space="preserve">GRADE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11978640</wp:posOffset>
                </wp:positionV>
                <wp:extent cx="11857939" cy="2907791"/>
                <wp:effectExtent l="0" t="0" r="0" b="0"/>
                <wp:wrapNone/>
                <wp:docPr id="3327" name="Text 33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57939" cy="2907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579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pacing w:val="-76"/>
                                <w:sz w:val="374"/>
                                <w:szCs w:val="374"/>
                              </w:rPr>
                              <w:t xml:space="preserve">EXAMS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14776704</wp:posOffset>
                </wp:positionV>
                <wp:extent cx="8358044" cy="969263"/>
                <wp:effectExtent l="0" t="0" r="0" b="0"/>
                <wp:wrapNone/>
                <wp:docPr id="3328" name="Text 33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58044" cy="969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91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51B45"/>
                                <w:sz w:val="58"/>
                                <w:szCs w:val="58"/>
                              </w:rPr>
                              <w:t xml:space="preserve">Prepare for piano and guitar grade</w:t>
                            </w:r>
                          </w:p>
                          <w:p>
                            <w:pPr>
                              <w:spacing w:before="0" w:after="0" w:line="83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51B45"/>
                                <w:sz w:val="58"/>
                                <w:szCs w:val="58"/>
                              </w:rPr>
                              <w:t xml:space="preserve">exams with certified teachers.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9125712</wp:posOffset>
                </wp:positionH>
                <wp:positionV relativeFrom="page">
                  <wp:posOffset>15179040</wp:posOffset>
                </wp:positionV>
                <wp:extent cx="1639519" cy="219456"/>
                <wp:effectExtent l="0" t="0" r="0" b="0"/>
                <wp:wrapNone/>
                <wp:docPr id="3329" name="Text 33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9519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5607C"/>
                                <w:spacing w:val="36"/>
                                <w:sz w:val="30"/>
                                <w:szCs w:val="30"/>
                              </w:rPr>
                              <w:t xml:space="preserve">GRADES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12664440</wp:posOffset>
                </wp:positionH>
                <wp:positionV relativeFrom="page">
                  <wp:posOffset>15087600</wp:posOffset>
                </wp:positionV>
                <wp:extent cx="1256661" cy="347472"/>
                <wp:effectExtent l="0" t="0" r="0" b="0"/>
                <wp:wrapNone/>
                <wp:docPr id="3330" name="Text 33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1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z w:val="43"/>
                                <w:szCs w:val="43"/>
                              </w:rPr>
                              <w:t xml:space="preserve">1–8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9125712</wp:posOffset>
                </wp:positionH>
                <wp:positionV relativeFrom="page">
                  <wp:posOffset>15910560</wp:posOffset>
                </wp:positionV>
                <wp:extent cx="1500930" cy="219456"/>
                <wp:effectExtent l="0" t="0" r="0" b="0"/>
                <wp:wrapNone/>
                <wp:docPr id="3331" name="Text 33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930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5607C"/>
                                <w:spacing w:val="36"/>
                                <w:sz w:val="30"/>
                                <w:szCs w:val="30"/>
                              </w:rPr>
                              <w:t xml:space="preserve">EXAMS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11888628</wp:posOffset>
                </wp:positionH>
                <wp:positionV relativeFrom="page">
                  <wp:posOffset>15819119</wp:posOffset>
                </wp:positionV>
                <wp:extent cx="2033623" cy="347472"/>
                <wp:effectExtent l="0" t="0" r="0" b="0"/>
                <wp:wrapNone/>
                <wp:docPr id="3332" name="Text 33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3623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z w:val="43"/>
                                <w:szCs w:val="43"/>
                              </w:rPr>
                              <w:t xml:space="preserve">Jun/Dec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9125712</wp:posOffset>
                </wp:positionH>
                <wp:positionV relativeFrom="page">
                  <wp:posOffset>16642079</wp:posOffset>
                </wp:positionV>
                <wp:extent cx="1500930" cy="219456"/>
                <wp:effectExtent l="0" t="0" r="0" b="0"/>
                <wp:wrapNone/>
                <wp:docPr id="3333" name="Text 33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930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5607C"/>
                                <w:spacing w:val="36"/>
                                <w:sz w:val="30"/>
                                <w:szCs w:val="30"/>
                              </w:rPr>
                              <w:t xml:space="preserve">TRIAL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12459271</wp:posOffset>
                </wp:positionH>
                <wp:positionV relativeFrom="page">
                  <wp:posOffset>16550640</wp:posOffset>
                </wp:positionV>
                <wp:extent cx="1457896" cy="347472"/>
                <wp:effectExtent l="0" t="0" r="0" b="0"/>
                <wp:wrapNone/>
                <wp:docPr id="3334" name="Text 33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96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z w:val="43"/>
                                <w:szCs w:val="43"/>
                              </w:rPr>
                              <w:t xml:space="preserve">Free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Exams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