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27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27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3966753</wp:posOffset>
                </wp:positionH>
                <wp:positionV relativeFrom="page">
                  <wp:posOffset>1748789</wp:posOffset>
                </wp:positionV>
                <wp:extent cx="2353492" cy="218598"/>
                <wp:effectExtent l="0" t="0" r="0" b="0"/>
                <wp:wrapNone/>
                <wp:docPr id="1278" name="Text 12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492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C9A35B"/>
                                <w:spacing w:val="121"/>
                                <w:sz w:val="30"/>
                                <w:szCs w:val="30"/>
                              </w:rPr>
                              <w:t xml:space="preserve">WITH LOVE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2551067</wp:posOffset>
                </wp:positionH>
                <wp:positionV relativeFrom="page">
                  <wp:posOffset>5704141</wp:posOffset>
                </wp:positionV>
                <wp:extent cx="5204343" cy="2057400"/>
                <wp:effectExtent l="0" t="0" r="0" b="0"/>
                <wp:wrapNone/>
                <wp:docPr id="1279" name="Text 12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4343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0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FE6D2"/>
                                <w:sz w:val="243"/>
                                <w:szCs w:val="243"/>
                              </w:rPr>
                              <w:t xml:space="preserve">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2672540</wp:posOffset>
                </wp:positionH>
                <wp:positionV relativeFrom="page">
                  <wp:posOffset>7123747</wp:posOffset>
                </wp:positionV>
                <wp:extent cx="4929060" cy="2057400"/>
                <wp:effectExtent l="0" t="0" r="0" b="0"/>
                <wp:wrapNone/>
                <wp:docPr id="1280" name="Text 12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9060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0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FE6D2"/>
                                <w:sz w:val="243"/>
                                <w:szCs w:val="243"/>
                              </w:rPr>
                              <w:t xml:space="preserve">Wins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1634608</wp:posOffset>
                </wp:positionH>
                <wp:positionV relativeFrom="page">
                  <wp:posOffset>9309735</wp:posOffset>
                </wp:positionV>
                <wp:extent cx="6992065" cy="750951"/>
                <wp:effectExtent l="0" t="0" r="0" b="0"/>
                <wp:wrapNone/>
                <wp:docPr id="1281" name="Text 12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065" cy="750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EFE6D2"/>
                                <w:sz w:val="47"/>
                                <w:szCs w:val="47"/>
                              </w:rPr>
                              <w:t xml:space="preserve">A small flame is enough to change the whole</w:t>
                            </w:r>
                          </w:p>
                          <w:p>
                            <w:pPr>
                              <w:spacing w:before="0" w:after="0" w:line="67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EFE6D2"/>
                                <w:sz w:val="47"/>
                                <w:szCs w:val="47"/>
                              </w:rPr>
                              <w:t xml:space="preserve">room.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3364501</wp:posOffset>
                </wp:positionH>
                <wp:positionV relativeFrom="page">
                  <wp:posOffset>10351293</wp:posOffset>
                </wp:positionV>
                <wp:extent cx="3557996" cy="681513"/>
                <wp:effectExtent l="0" t="0" r="0" b="0"/>
                <wp:wrapNone/>
                <wp:docPr id="1282" name="Text 12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7996" cy="6815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pacing w:val="61"/>
                                <w:sz w:val="34"/>
                                <w:szCs w:val="34"/>
                              </w:rPr>
                              <w:t xml:space="preserve">2026</w:t>
                            </w:r>
                          </w:p>
                          <w:p>
                            <w:pPr>
                              <w:spacing w:before="0" w:after="0" w:line="68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pacing w:val="61"/>
                                <w:sz w:val="34"/>
                                <w:szCs w:val="34"/>
                              </w:rPr>
                              <w:t xml:space="preserve">THE MEHTA FAMILY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Wins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