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218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18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3604174</wp:posOffset>
                </wp:positionH>
                <wp:positionV relativeFrom="page">
                  <wp:posOffset>591502</wp:posOffset>
                </wp:positionV>
                <wp:extent cx="3091455" cy="565785"/>
                <wp:effectExtent l="0" t="0" r="0" b="0"/>
                <wp:wrapNone/>
                <wp:docPr id="219" name="Text 21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1455" cy="565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91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111111"/>
                                <w:sz w:val="69"/>
                                <w:szCs w:val="69"/>
                              </w:rPr>
                              <w:t xml:space="preserve">शुभ दीपावली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8173021</wp:posOffset>
                </wp:positionV>
                <wp:extent cx="4598028" cy="1851659"/>
                <wp:effectExtent l="0" t="0" r="0" b="0"/>
                <wp:wrapNone/>
                <wp:docPr id="220" name="Text 2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8028" cy="18516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915" w:lineRule="exact"/>
                              <w:jc w:val="left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F6EFE0"/>
                                <w:sz w:val="243"/>
                                <w:szCs w:val="243"/>
                              </w:rPr>
                              <w:t xml:space="preserve">SWEET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9592627</wp:posOffset>
                </wp:positionV>
                <wp:extent cx="8946864" cy="1851659"/>
                <wp:effectExtent l="0" t="0" r="0" b="0"/>
                <wp:wrapNone/>
                <wp:docPr id="221" name="Text 22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46864" cy="18516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915" w:lineRule="exact"/>
                              <w:jc w:val="left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F6EFE0"/>
                                <w:spacing w:val="150"/>
                                <w:sz w:val="243"/>
                                <w:szCs w:val="243"/>
                              </w:rPr>
                              <w:t xml:space="preserve">BEGINNINGS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11277123</wp:posOffset>
                </wp:positionV>
                <wp:extent cx="6564157" cy="623649"/>
                <wp:effectExtent l="0" t="0" r="0" b="0"/>
                <wp:wrapNone/>
                <wp:docPr id="222" name="Text 2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4157" cy="6236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2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6EFE0"/>
                                <w:sz w:val="38"/>
                                <w:szCs w:val="38"/>
                              </w:rPr>
                              <w:t xml:space="preserve">Thank you for a wonderful year. Here’s to new</w:t>
                            </w:r>
                          </w:p>
                          <w:p>
                            <w:pPr>
                              <w:spacing w:before="0" w:after="0" w:line="55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6EFE0"/>
                                <w:sz w:val="38"/>
                                <w:szCs w:val="38"/>
                              </w:rPr>
                              <w:t xml:space="preserve">beginnings.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6701357</wp:posOffset>
                </wp:positionH>
                <wp:positionV relativeFrom="page">
                  <wp:posOffset>12254388</wp:posOffset>
                </wp:positionV>
                <wp:extent cx="2878411" cy="192881"/>
                <wp:effectExtent l="0" t="0" r="0" b="0"/>
                <wp:wrapNone/>
                <wp:docPr id="223" name="Text 22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8411" cy="1928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3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6EFE0"/>
                                <w:spacing w:val="41"/>
                                <w:sz w:val="26"/>
                                <w:szCs w:val="26"/>
                              </w:rPr>
                              <w:t xml:space="preserve">SAMPLE SWEET SHOP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Sweet Beginnings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