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28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28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4064771</wp:posOffset>
                </wp:positionH>
                <wp:positionV relativeFrom="page">
                  <wp:posOffset>5992177</wp:posOffset>
                </wp:positionV>
                <wp:extent cx="2157457" cy="231457"/>
                <wp:effectExtent l="0" t="0" r="0" b="0"/>
                <wp:wrapNone/>
                <wp:docPr id="1290" name="Text 12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7457" cy="231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4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F9EC1"/>
                                <w:spacing w:val="88"/>
                                <w:sz w:val="30"/>
                                <w:szCs w:val="30"/>
                              </w:rPr>
                              <w:t xml:space="preserve">DEEPOTSAV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1028699</wp:posOffset>
                </wp:positionH>
                <wp:positionV relativeFrom="page">
                  <wp:posOffset>6323933</wp:posOffset>
                </wp:positionV>
                <wp:extent cx="8503924" cy="1774507"/>
                <wp:effectExtent l="0" t="0" r="0" b="0"/>
                <wp:wrapNone/>
                <wp:docPr id="1291" name="Text 12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3924" cy="17745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94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8E9EF"/>
                                <w:spacing w:val="11"/>
                                <w:sz w:val="223"/>
                                <w:szCs w:val="223"/>
                              </w:rPr>
                              <w:t xml:space="preserve">A Thousand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2832202</wp:posOffset>
                </wp:positionH>
                <wp:positionV relativeFrom="page">
                  <wp:posOffset>7625238</wp:posOffset>
                </wp:positionV>
                <wp:extent cx="4733482" cy="1774507"/>
                <wp:effectExtent l="0" t="0" r="0" b="0"/>
                <wp:wrapNone/>
                <wp:docPr id="1292" name="Text 12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482" cy="17745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94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F8E9EF"/>
                                <w:sz w:val="223"/>
                                <w:szCs w:val="223"/>
                              </w:rPr>
                              <w:t xml:space="preserve">Diyas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1663369</wp:posOffset>
                </wp:positionH>
                <wp:positionV relativeFrom="page">
                  <wp:posOffset>9219723</wp:posOffset>
                </wp:positionV>
                <wp:extent cx="6960260" cy="731663"/>
                <wp:effectExtent l="0" t="0" r="0" b="0"/>
                <wp:wrapNone/>
                <wp:docPr id="1293" name="Text 12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0260" cy="731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8E9EF"/>
                                <w:sz w:val="45"/>
                                <w:szCs w:val="45"/>
                              </w:rPr>
                              <w:t xml:space="preserve">Wishing you a Diwali as bright as the lanes on</w:t>
                            </w:r>
                          </w:p>
                          <w:p>
                            <w:pPr>
                              <w:spacing w:before="0" w:after="0" w:line="64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8E9EF"/>
                                <w:sz w:val="45"/>
                                <w:szCs w:val="45"/>
                              </w:rPr>
                              <w:t xml:space="preserve">the night of Amavasya.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2493130</wp:posOffset>
                </wp:positionH>
                <wp:positionV relativeFrom="page">
                  <wp:posOffset>11379993</wp:posOffset>
                </wp:positionV>
                <wp:extent cx="5300738" cy="257175"/>
                <wp:effectExtent l="0" t="0" r="0" b="0"/>
                <wp:wrapNone/>
                <wp:docPr id="1294" name="Text 12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0738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8E9EF"/>
                                <w:spacing w:val="42"/>
                                <w:sz w:val="32"/>
                                <w:szCs w:val="32"/>
                              </w:rPr>
                              <w:t xml:space="preserve">WARM WISHES  ✦  PRIYA &amp; ROHAN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Thousand Diyas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