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328148" cy="12910185"/>
            <wp:effectExtent l="0" t="0" r="0" b="0"/>
            <wp:wrapNone/>
            <wp:docPr id="224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224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328148" cy="12910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3661596</wp:posOffset>
                </wp:positionH>
                <wp:positionV relativeFrom="page">
                  <wp:posOffset>7843837</wp:posOffset>
                </wp:positionV>
                <wp:extent cx="2976882" cy="565785"/>
                <wp:effectExtent l="0" t="0" r="0" b="0"/>
                <wp:wrapNone/>
                <wp:docPr id="225" name="Text 22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6882" cy="565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891" w:lineRule="exact"/>
                              <w:jc w:val="center"/>
                            </w:pPr>
                            <w:r>
                              <w:rPr>
                                <w:rFonts w:ascii="Noto Sans Devanagari" w:hAnsi="Noto Sans Devanagari" w:cs="Noto Sans Devanagari" w:eastAsia="Noto Sans Devanagari"/>
                                <w:b/>
                                <w:bCs/>
                                <w:color w:val="FF2D87"/>
                                <w:sz w:val="69"/>
                                <w:szCs w:val="69"/>
                              </w:rPr>
                              <w:t xml:space="preserve">होली मुबारक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2549643</wp:posOffset>
                </wp:positionH>
                <wp:positionV relativeFrom="page">
                  <wp:posOffset>8278463</wp:posOffset>
                </wp:positionV>
                <wp:extent cx="5220765" cy="1723072"/>
                <wp:effectExtent l="0" t="0" r="0" b="0"/>
                <wp:wrapNone/>
                <wp:docPr id="226" name="Text 22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20765" cy="17230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13" w:lineRule="exact"/>
                              <w:jc w:val="center"/>
                            </w:pPr>
                            <w:r>
                              <w:rPr>
                                <w:rFonts w:ascii="Cormorant Garamond" w:hAnsi="Cormorant Garamond" w:cs="Cormorant Garamond" w:eastAsia="Cormorant Garamond"/>
                                <w:color w:val="24112E"/>
                                <w:spacing w:val="-17"/>
                                <w:sz w:val="223"/>
                                <w:szCs w:val="223"/>
                              </w:rPr>
                              <w:t xml:space="preserve">Happy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3337006</wp:posOffset>
                </wp:positionH>
                <wp:positionV relativeFrom="page">
                  <wp:posOffset>9579768</wp:posOffset>
                </wp:positionV>
                <wp:extent cx="3612987" cy="1723072"/>
                <wp:effectExtent l="0" t="0" r="0" b="0"/>
                <wp:wrapNone/>
                <wp:docPr id="227" name="Text 22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2987" cy="17230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13" w:lineRule="exact"/>
                              <w:jc w:val="center"/>
                            </w:pPr>
                            <w:r>
                              <w:rPr>
                                <w:rFonts w:ascii="Cormorant Garamond" w:hAnsi="Cormorant Garamond" w:cs="Cormorant Garamond" w:eastAsia="Cormorant Garamond"/>
                                <w:color w:val="24112E"/>
                                <w:spacing w:val="-22"/>
                                <w:sz w:val="223"/>
                                <w:szCs w:val="223"/>
                              </w:rPr>
                              <w:t xml:space="preserve">Holi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1971517</wp:posOffset>
                </wp:positionH>
                <wp:positionV relativeFrom="page">
                  <wp:posOffset>11225688</wp:posOffset>
                </wp:positionV>
                <wp:extent cx="6343964" cy="308609"/>
                <wp:effectExtent l="0" t="0" r="0" b="0"/>
                <wp:wrapNone/>
                <wp:docPr id="228" name="Text 22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964" cy="3086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85" w:lineRule="exact"/>
                              <w:jc w:val="center"/>
                            </w:pPr>
                            <w:r>
                              <w:rPr>
                                <w:rFonts w:ascii="Cormorant Garamond" w:hAnsi="Cormorant Garamond" w:cs="Cormorant Garamond" w:eastAsia="Cormorant Garamond"/>
                                <w:color w:val="24112E"/>
                                <w:sz w:val="40"/>
                                <w:szCs w:val="40"/>
                              </w:rPr>
                              <w:t xml:space="preserve">Let the colours be loud and the grudges be gone.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2957864</wp:posOffset>
                </wp:positionH>
                <wp:positionV relativeFrom="page">
                  <wp:posOffset>12241530</wp:posOffset>
                </wp:positionV>
                <wp:extent cx="4371271" cy="205740"/>
                <wp:effectExtent l="0" t="0" r="0" b="0"/>
                <wp:wrapNone/>
                <wp:docPr id="229" name="Text 22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71271" cy="205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24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24112E"/>
                                <w:spacing w:val="56"/>
                                <w:sz w:val="28"/>
                                <w:szCs w:val="28"/>
                              </w:rPr>
                              <w:t xml:space="preserve">BURA NA MANO, HOLI HAI!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6200" w:h="2025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Happy Holi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