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0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0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861536</wp:posOffset>
                </wp:positionV>
                <wp:extent cx="1953083" cy="205740"/>
                <wp:effectExtent l="0" t="0" r="0" b="0"/>
                <wp:wrapNone/>
                <wp:docPr id="1302" name="Text 13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3083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4"/>
                                <w:sz w:val="28"/>
                                <w:szCs w:val="28"/>
                              </w:rPr>
                              <w:t xml:space="preserve">HOLI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4912042</wp:posOffset>
                </wp:positionV>
                <wp:extent cx="9528333" cy="3137535"/>
                <wp:effectExtent l="0" t="0" r="0" b="0"/>
                <wp:wrapNone/>
                <wp:docPr id="1303" name="Text 13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313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94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A0A0A"/>
                                <w:spacing w:val="-202"/>
                                <w:sz w:val="405"/>
                                <w:szCs w:val="405"/>
                              </w:rPr>
                              <w:t xml:space="preserve">RANG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7239476</wp:posOffset>
                </wp:positionV>
                <wp:extent cx="9528333" cy="2996088"/>
                <wp:effectExtent l="0" t="0" r="0" b="0"/>
                <wp:wrapNone/>
                <wp:docPr id="1304" name="Text 13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8333" cy="2996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1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A0A0A"/>
                                <w:spacing w:val="19"/>
                                <w:sz w:val="387"/>
                                <w:szCs w:val="387"/>
                              </w:rPr>
                              <w:t xml:space="preserve">BARSE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10132694</wp:posOffset>
                </wp:positionV>
                <wp:extent cx="6430158" cy="713660"/>
                <wp:effectExtent l="0" t="0" r="0" b="0"/>
                <wp:wrapNone/>
                <wp:docPr id="1305" name="Text 13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0158" cy="713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0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A0A0A"/>
                                <w:sz w:val="43"/>
                                <w:szCs w:val="43"/>
                              </w:rPr>
                              <w:t xml:space="preserve">Organic colours, thandai, dhol and a</w:t>
                            </w:r>
                          </w:p>
                          <w:p>
                            <w:pPr>
                              <w:spacing w:before="0" w:after="0" w:line="61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0A0A0A"/>
                                <w:sz w:val="43"/>
                                <w:szCs w:val="43"/>
                              </w:rPr>
                              <w:t xml:space="preserve">rooftop full of friends.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12215812</wp:posOffset>
                </wp:positionV>
                <wp:extent cx="2878411" cy="192881"/>
                <wp:effectExtent l="0" t="0" r="0" b="0"/>
                <wp:wrapNone/>
                <wp:docPr id="1306" name="Text 13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8411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1"/>
                                <w:sz w:val="26"/>
                                <w:szCs w:val="26"/>
                              </w:rPr>
                              <w:t xml:space="preserve">SAMPLE HOLI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8365299</wp:posOffset>
                </wp:positionH>
                <wp:positionV relativeFrom="page">
                  <wp:posOffset>12215812</wp:posOffset>
                </wp:positionV>
                <wp:extent cx="1214468" cy="192881"/>
                <wp:effectExtent l="0" t="0" r="0" b="0"/>
                <wp:wrapNone/>
                <wp:docPr id="1307" name="Text 13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468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1"/>
                                <w:sz w:val="26"/>
                                <w:szCs w:val="26"/>
                              </w:rPr>
                              <w:t xml:space="preserve">10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 Barse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