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3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3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3507337</wp:posOffset>
                </wp:positionH>
                <wp:positionV relativeFrom="page">
                  <wp:posOffset>835818</wp:posOffset>
                </wp:positionV>
                <wp:extent cx="3286435" cy="565785"/>
                <wp:effectExtent l="0" t="0" r="0" b="0"/>
                <wp:wrapNone/>
                <wp:docPr id="231" name="Text 2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435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9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E2502C"/>
                                <w:sz w:val="69"/>
                                <w:szCs w:val="69"/>
                              </w:rPr>
                              <w:t xml:space="preserve">रंगों का त्योहार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2646835</wp:posOffset>
                </wp:positionH>
                <wp:positionV relativeFrom="page">
                  <wp:posOffset>9115568</wp:posOffset>
                </wp:positionV>
                <wp:extent cx="4997268" cy="1375886"/>
                <wp:effectExtent l="0" t="0" r="0" b="0"/>
                <wp:wrapNone/>
                <wp:docPr id="232" name="Text 2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7268" cy="1375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F1C12"/>
                                <w:spacing w:val="-37"/>
                                <w:sz w:val="194"/>
                                <w:szCs w:val="194"/>
                              </w:rPr>
                              <w:t xml:space="preserve">Colour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1449939</wp:posOffset>
                </wp:positionH>
                <wp:positionV relativeFrom="page">
                  <wp:posOffset>10250995</wp:posOffset>
                </wp:positionV>
                <wp:extent cx="7411802" cy="1375886"/>
                <wp:effectExtent l="0" t="0" r="0" b="0"/>
                <wp:wrapNone/>
                <wp:docPr id="233" name="Text 2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1802" cy="1375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F1C12"/>
                                <w:spacing w:val="-34"/>
                                <w:sz w:val="194"/>
                                <w:szCs w:val="194"/>
                              </w:rPr>
                              <w:t xml:space="preserve">Me Happy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1724801</wp:posOffset>
                </wp:positionH>
                <wp:positionV relativeFrom="page">
                  <wp:posOffset>11652599</wp:posOffset>
                </wp:positionV>
                <wp:extent cx="6846030" cy="624934"/>
                <wp:effectExtent l="0" t="0" r="0" b="0"/>
                <wp:wrapNone/>
                <wp:docPr id="234" name="Text 2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6030" cy="624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38"/>
                                <w:szCs w:val="38"/>
                              </w:rPr>
                              <w:t xml:space="preserve">May your life be as bright as the colours on your</w:t>
                            </w:r>
                          </w:p>
                          <w:p>
                            <w:pPr>
                              <w:spacing w:before="0" w:after="0" w:line="55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38"/>
                                <w:szCs w:val="38"/>
                              </w:rPr>
                              <w:t xml:space="preserve">face today.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 Me Happy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