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1313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313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4292612</wp:posOffset>
                </wp:positionH>
                <wp:positionV relativeFrom="page">
                  <wp:posOffset>1234439</wp:posOffset>
                </wp:positionV>
                <wp:extent cx="1701775" cy="218598"/>
                <wp:effectExtent l="0" t="0" r="0" b="0"/>
                <wp:wrapNone/>
                <wp:docPr id="1314" name="Text 131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775" cy="2185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D93476"/>
                                <w:spacing w:val="91"/>
                                <w:sz w:val="30"/>
                                <w:szCs w:val="30"/>
                              </w:rPr>
                              <w:t xml:space="preserve">SPLASH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2604660</wp:posOffset>
                </wp:positionH>
                <wp:positionV relativeFrom="page">
                  <wp:posOffset>1602200</wp:posOffset>
                </wp:positionV>
                <wp:extent cx="5077679" cy="1723072"/>
                <wp:effectExtent l="0" t="0" r="0" b="0"/>
                <wp:wrapNone/>
                <wp:docPr id="1315" name="Text 131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7679" cy="17230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13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E0F2E"/>
                                <w:spacing w:val="-97"/>
                                <w:sz w:val="243"/>
                                <w:szCs w:val="243"/>
                              </w:rPr>
                              <w:t xml:space="preserve">Gulal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2371584</wp:posOffset>
                </wp:positionH>
                <wp:positionV relativeFrom="page">
                  <wp:posOffset>3021806</wp:posOffset>
                </wp:positionV>
                <wp:extent cx="5608868" cy="1723072"/>
                <wp:effectExtent l="0" t="0" r="0" b="0"/>
                <wp:wrapNone/>
                <wp:docPr id="1316" name="Text 131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8868" cy="17230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13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E0F2E"/>
                                <w:spacing w:val="-77"/>
                                <w:sz w:val="243"/>
                                <w:szCs w:val="243"/>
                              </w:rPr>
                              <w:t xml:space="preserve">&amp; Joy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1524876</wp:posOffset>
                </wp:positionH>
                <wp:positionV relativeFrom="page">
                  <wp:posOffset>4847748</wp:posOffset>
                </wp:positionV>
                <wp:extent cx="7224387" cy="308609"/>
                <wp:effectExtent l="0" t="0" r="0" b="0"/>
                <wp:wrapNone/>
                <wp:docPr id="1317" name="Text 131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24387" cy="3086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5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1E0F2E"/>
                                <w:sz w:val="43"/>
                                <w:szCs w:val="43"/>
                              </w:rPr>
                              <w:t xml:space="preserve">Pink cheeks, yellow hair and the best kind of mess.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Gulal &amp; Joy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