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31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31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3622456</wp:posOffset>
                </wp:positionH>
                <wp:positionV relativeFrom="page">
                  <wp:posOffset>8445626</wp:posOffset>
                </wp:positionV>
                <wp:extent cx="3045798" cy="1890236"/>
                <wp:effectExtent l="0" t="0" r="0" b="0"/>
                <wp:wrapNone/>
                <wp:docPr id="1319" name="Text 13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5798" cy="1890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76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F6EFDC"/>
                                <w:spacing w:val="-42"/>
                                <w:sz w:val="223"/>
                                <w:szCs w:val="223"/>
                              </w:rPr>
                              <w:t xml:space="preserve">Eid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1383682</wp:posOffset>
                </wp:positionH>
                <wp:positionV relativeFrom="page">
                  <wp:posOffset>9746932</wp:posOffset>
                </wp:positionV>
                <wp:extent cx="7541329" cy="1890236"/>
                <wp:effectExtent l="0" t="0" r="0" b="0"/>
                <wp:wrapNone/>
                <wp:docPr id="1320" name="Text 13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1329" cy="1890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76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F6EFDC"/>
                                <w:spacing w:val="-39"/>
                                <w:sz w:val="223"/>
                                <w:szCs w:val="223"/>
                              </w:rPr>
                              <w:t xml:space="preserve">Mubarak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1666835</wp:posOffset>
                </wp:positionH>
                <wp:positionV relativeFrom="page">
                  <wp:posOffset>11637168</wp:posOffset>
                </wp:positionV>
                <wp:extent cx="6953328" cy="655796"/>
                <wp:effectExtent l="0" t="0" r="0" b="0"/>
                <wp:wrapNone/>
                <wp:docPr id="1321" name="Text 13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328" cy="6557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5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6EFDC"/>
                                <w:sz w:val="40"/>
                                <w:szCs w:val="40"/>
                              </w:rPr>
                              <w:t xml:space="preserve">May this Eid bring peace to your home and joy</w:t>
                            </w:r>
                          </w:p>
                          <w:p>
                            <w:pPr>
                              <w:spacing w:before="0" w:after="0" w:line="587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6EFDC"/>
                                <w:sz w:val="40"/>
                                <w:szCs w:val="40"/>
                              </w:rPr>
                              <w:t xml:space="preserve">to your heart.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732948</wp:posOffset>
                </wp:positionV>
                <wp:extent cx="2050729" cy="205740"/>
                <wp:effectExtent l="0" t="0" r="0" b="0"/>
                <wp:wrapNone/>
                <wp:docPr id="1322" name="Text 13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0729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EFDC"/>
                                <w:spacing w:val="38"/>
                                <w:sz w:val="28"/>
                                <w:szCs w:val="28"/>
                              </w:rPr>
                              <w:t xml:space="preserve">EID MUBARAK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6907760</wp:posOffset>
                </wp:positionH>
                <wp:positionV relativeFrom="page">
                  <wp:posOffset>732948</wp:posOffset>
                </wp:positionV>
                <wp:extent cx="2672008" cy="205740"/>
                <wp:effectExtent l="0" t="0" r="0" b="0"/>
                <wp:wrapNone/>
                <wp:docPr id="1323" name="Text 13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2008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EFDC"/>
                                <w:spacing w:val="38"/>
                                <w:sz w:val="28"/>
                                <w:szCs w:val="28"/>
                              </w:rPr>
                              <w:t xml:space="preserve">THE KHAN FAMILY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3288243</wp:posOffset>
                </wp:positionH>
                <wp:positionV relativeFrom="page">
                  <wp:posOffset>12190094</wp:posOffset>
                </wp:positionV>
                <wp:extent cx="3710512" cy="192881"/>
                <wp:effectExtent l="0" t="0" r="0" b="0"/>
                <wp:wrapNone/>
                <wp:docPr id="1324" name="Text 13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0512" cy="192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3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6EFDC"/>
                                <w:spacing w:val="52"/>
                                <w:sz w:val="26"/>
                                <w:szCs w:val="26"/>
                              </w:rPr>
                              <w:t xml:space="preserve">EID UL-FITR GREETINGS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Eid Mubarak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