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2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2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2178867</wp:posOffset>
                </wp:positionH>
                <wp:positionV relativeFrom="page">
                  <wp:posOffset>7113460</wp:posOffset>
                </wp:positionV>
                <wp:extent cx="5930866" cy="1401603"/>
                <wp:effectExtent l="0" t="0" r="0" b="0"/>
                <wp:wrapNone/>
                <wp:docPr id="1326" name="Text 13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866" cy="1401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07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4ECD8"/>
                                <w:spacing w:val="21"/>
                                <w:sz w:val="182"/>
                                <w:szCs w:val="182"/>
                              </w:rPr>
                              <w:t xml:space="preserve">Moonlit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2577793</wp:posOffset>
                </wp:positionH>
                <wp:positionV relativeFrom="page">
                  <wp:posOffset>8178164</wp:posOffset>
                </wp:positionV>
                <wp:extent cx="5131412" cy="1401603"/>
                <wp:effectExtent l="0" t="0" r="0" b="0"/>
                <wp:wrapNone/>
                <wp:docPr id="1327" name="Text 13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1412" cy="1401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07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4ECD8"/>
                                <w:spacing w:val="-122"/>
                                <w:sz w:val="182"/>
                                <w:szCs w:val="182"/>
                              </w:rPr>
                              <w:t xml:space="preserve">Wishes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2100034</wp:posOffset>
                </wp:positionH>
                <wp:positionV relativeFrom="page">
                  <wp:posOffset>9554051</wp:posOffset>
                </wp:positionV>
                <wp:extent cx="6086930" cy="555498"/>
                <wp:effectExtent l="0" t="0" r="0" b="0"/>
                <wp:wrapNone/>
                <wp:docPr id="1328" name="Text 13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930" cy="555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4ECD8"/>
                                <w:sz w:val="32"/>
                                <w:szCs w:val="32"/>
                              </w:rPr>
                              <w:t xml:space="preserve">Wishing you and your loved ones a blessed and</w:t>
                            </w:r>
                          </w:p>
                          <w:p>
                            <w:pPr>
                              <w:spacing w:before="0" w:after="0" w:line="469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4ECD8"/>
                                <w:sz w:val="32"/>
                                <w:szCs w:val="32"/>
                              </w:rPr>
                              <w:t xml:space="preserve">happy Eid.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4241056</wp:posOffset>
                </wp:positionH>
                <wp:positionV relativeFrom="page">
                  <wp:posOffset>10929937</wp:posOffset>
                </wp:positionV>
                <wp:extent cx="1804886" cy="167163"/>
                <wp:effectExtent l="0" t="0" r="0" b="0"/>
                <wp:wrapNone/>
                <wp:docPr id="1329" name="Text 13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886" cy="16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4ECD8"/>
                                <w:spacing w:val="43"/>
                                <w:sz w:val="22"/>
                                <w:szCs w:val="22"/>
                              </w:rPr>
                              <w:t xml:space="preserve">EID MUBARAK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Moonlit Wishes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