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33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33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2966252</wp:posOffset>
                </wp:positionH>
                <wp:positionV relativeFrom="page">
                  <wp:posOffset>1748789</wp:posOffset>
                </wp:positionV>
                <wp:extent cx="4354495" cy="218598"/>
                <wp:effectExtent l="0" t="0" r="0" b="0"/>
                <wp:wrapNone/>
                <wp:docPr id="1331" name="Text 13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4495" cy="2185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9E7C38"/>
                                <w:spacing w:val="121"/>
                                <w:sz w:val="30"/>
                                <w:szCs w:val="30"/>
                              </w:rPr>
                              <w:t xml:space="preserve">FESTIVE GREETINGS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1951154</wp:posOffset>
                </wp:positionH>
                <wp:positionV relativeFrom="page">
                  <wp:posOffset>5704141</wp:posOffset>
                </wp:positionV>
                <wp:extent cx="6384690" cy="2057400"/>
                <wp:effectExtent l="0" t="0" r="0" b="0"/>
                <wp:wrapNone/>
                <wp:docPr id="1332" name="Text 13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4690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0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2A2118"/>
                                <w:sz w:val="243"/>
                                <w:szCs w:val="243"/>
                              </w:rPr>
                              <w:t xml:space="preserve">Chand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2905115</wp:posOffset>
                </wp:positionH>
                <wp:positionV relativeFrom="page">
                  <wp:posOffset>7123747</wp:posOffset>
                </wp:positionV>
                <wp:extent cx="4496239" cy="2057400"/>
                <wp:effectExtent l="0" t="0" r="0" b="0"/>
                <wp:wrapNone/>
                <wp:docPr id="1333" name="Text 13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6239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0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2A2118"/>
                                <w:sz w:val="243"/>
                                <w:szCs w:val="243"/>
                              </w:rPr>
                              <w:t xml:space="preserve">Raat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1901085</wp:posOffset>
                </wp:positionH>
                <wp:positionV relativeFrom="page">
                  <wp:posOffset>9309735</wp:posOffset>
                </wp:positionV>
                <wp:extent cx="6484828" cy="750951"/>
                <wp:effectExtent l="0" t="0" r="0" b="0"/>
                <wp:wrapNone/>
                <wp:docPr id="1334" name="Text 13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4828" cy="750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06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2A2118"/>
                                <w:sz w:val="47"/>
                                <w:szCs w:val="47"/>
                              </w:rPr>
                              <w:t xml:space="preserve">Sheer khurma, new clothes and the whole</w:t>
                            </w:r>
                          </w:p>
                          <w:p>
                            <w:pPr>
                              <w:spacing w:before="0" w:after="0" w:line="676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2A2118"/>
                                <w:sz w:val="47"/>
                                <w:szCs w:val="47"/>
                              </w:rPr>
                              <w:t xml:space="preserve">family at one table.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3941739</wp:posOffset>
                </wp:positionH>
                <wp:positionV relativeFrom="page">
                  <wp:posOffset>10351293</wp:posOffset>
                </wp:positionV>
                <wp:extent cx="2403521" cy="681513"/>
                <wp:effectExtent l="0" t="0" r="0" b="0"/>
                <wp:wrapNone/>
                <wp:docPr id="1335" name="Text 13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3521" cy="6815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2A2118"/>
                                <w:spacing w:val="61"/>
                                <w:sz w:val="34"/>
                                <w:szCs w:val="34"/>
                              </w:rPr>
                              <w:t xml:space="preserve">CHAND RAAT</w:t>
                            </w:r>
                          </w:p>
                          <w:p>
                            <w:pPr>
                              <w:spacing w:before="0" w:after="0" w:line="688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2A2118"/>
                                <w:spacing w:val="62"/>
                                <w:sz w:val="34"/>
                                <w:szCs w:val="34"/>
                              </w:rPr>
                              <w:t xml:space="preserve">EID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 Raat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