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33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33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3298711</wp:posOffset>
                </wp:positionH>
                <wp:positionV relativeFrom="page">
                  <wp:posOffset>758666</wp:posOffset>
                </wp:positionV>
                <wp:extent cx="3689577" cy="270033"/>
                <wp:effectExtent l="0" t="0" r="0" b="0"/>
                <wp:wrapNone/>
                <wp:docPr id="1337" name="Text 13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9577" cy="2700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72"/>
                                <w:sz w:val="36"/>
                                <w:szCs w:val="36"/>
                              </w:rPr>
                              <w:t xml:space="preserve">CHRISTMAS PARTY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630078</wp:posOffset>
                </wp:positionH>
                <wp:positionV relativeFrom="page">
                  <wp:posOffset>8134444</wp:posOffset>
                </wp:positionV>
                <wp:extent cx="4941135" cy="1864518"/>
                <wp:effectExtent l="0" t="0" r="0" b="0"/>
                <wp:wrapNone/>
                <wp:docPr id="1338" name="Text 13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1135" cy="1864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936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7F2E7"/>
                                <w:spacing w:val="-24"/>
                                <w:sz w:val="243"/>
                                <w:szCs w:val="243"/>
                              </w:rPr>
                              <w:t xml:space="preserve">Jingle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692998</wp:posOffset>
                </wp:positionH>
                <wp:positionV relativeFrom="page">
                  <wp:posOffset>9554051</wp:posOffset>
                </wp:positionV>
                <wp:extent cx="8618433" cy="1864518"/>
                <wp:effectExtent l="0" t="0" r="0" b="0"/>
                <wp:wrapNone/>
                <wp:docPr id="1339" name="Text 13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8433" cy="1864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936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7F2E7"/>
                                <w:spacing w:val="81"/>
                                <w:sz w:val="243"/>
                                <w:szCs w:val="243"/>
                              </w:rPr>
                              <w:t xml:space="preserve">All Night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11264265</wp:posOffset>
                </wp:positionV>
                <wp:extent cx="7078299" cy="649366"/>
                <wp:effectExtent l="0" t="0" r="0" b="0"/>
                <wp:wrapNone/>
                <wp:docPr id="1340" name="Text 13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8299" cy="649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5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7F2E7"/>
                                <w:sz w:val="38"/>
                                <w:szCs w:val="38"/>
                              </w:rPr>
                              <w:t xml:space="preserve">Secret Santa, mulled drinks and a playlist that only plays</w:t>
                            </w:r>
                          </w:p>
                          <w:p>
                            <w:pPr>
                              <w:spacing w:before="0" w:after="0" w:line="556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7F2E7"/>
                                <w:sz w:val="38"/>
                                <w:szCs w:val="38"/>
                              </w:rPr>
                              <w:t xml:space="preserve">carols.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6370164</wp:posOffset>
                </wp:positionH>
                <wp:positionV relativeFrom="page">
                  <wp:posOffset>12254388</wp:posOffset>
                </wp:positionV>
                <wp:extent cx="3209604" cy="192881"/>
                <wp:effectExtent l="0" t="0" r="0" b="0"/>
                <wp:wrapNone/>
                <wp:docPr id="1341" name="Text 13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9604" cy="192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3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7F2E7"/>
                                <w:spacing w:val="41"/>
                                <w:sz w:val="26"/>
                                <w:szCs w:val="26"/>
                              </w:rPr>
                              <w:t xml:space="preserve">SAMPLE OFFICE PARTY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Jingle All Night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