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4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4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3715746</wp:posOffset>
                </wp:positionH>
                <wp:positionV relativeFrom="page">
                  <wp:posOffset>5992177</wp:posOffset>
                </wp:positionV>
                <wp:extent cx="2855506" cy="218598"/>
                <wp:effectExtent l="0" t="0" r="0" b="0"/>
                <wp:wrapNone/>
                <wp:docPr id="1343" name="Text 13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5506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0B85A"/>
                                <w:spacing w:val="90"/>
                                <w:sz w:val="30"/>
                                <w:szCs w:val="30"/>
                              </w:rPr>
                              <w:t xml:space="preserve">HOLIDAY CARD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2660384</wp:posOffset>
                </wp:positionH>
                <wp:positionV relativeFrom="page">
                  <wp:posOffset>6002464</wp:posOffset>
                </wp:positionV>
                <wp:extent cx="4966230" cy="1890236"/>
                <wp:effectExtent l="0" t="0" r="0" b="0"/>
                <wp:wrapNone/>
                <wp:docPr id="1344" name="Text 13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6230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9DA"/>
                                <w:spacing w:val="-44"/>
                                <w:sz w:val="223"/>
                                <w:szCs w:val="223"/>
                              </w:rPr>
                              <w:t xml:space="preserve">Peace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76895</wp:posOffset>
                </wp:positionH>
                <wp:positionV relativeFrom="page">
                  <wp:posOffset>7303770</wp:posOffset>
                </wp:positionV>
                <wp:extent cx="10133209" cy="1890236"/>
                <wp:effectExtent l="0" t="0" r="0" b="0"/>
                <wp:wrapNone/>
                <wp:docPr id="1345" name="Text 13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3209" cy="1890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7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9DA"/>
                                <w:spacing w:val="-121"/>
                                <w:sz w:val="223"/>
                                <w:szCs w:val="223"/>
                              </w:rPr>
                              <w:t xml:space="preserve">&amp; Plum Cake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1557948</wp:posOffset>
                </wp:positionH>
                <wp:positionV relativeFrom="page">
                  <wp:posOffset>9219723</wp:posOffset>
                </wp:positionV>
                <wp:extent cx="7158245" cy="731663"/>
                <wp:effectExtent l="0" t="0" r="0" b="0"/>
                <wp:wrapNone/>
                <wp:docPr id="1346" name="Text 13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8245" cy="731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FE9DA"/>
                                <w:sz w:val="45"/>
                                <w:szCs w:val="45"/>
                              </w:rPr>
                              <w:t xml:space="preserve">May your days be merry and your cake be extra</w:t>
                            </w:r>
                          </w:p>
                          <w:p>
                            <w:pPr>
                              <w:spacing w:before="0" w:after="0" w:line="64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EFE9DA"/>
                                <w:sz w:val="45"/>
                                <w:szCs w:val="45"/>
                              </w:rPr>
                              <w:t xml:space="preserve">rich.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3280759</wp:posOffset>
                </wp:positionH>
                <wp:positionV relativeFrom="page">
                  <wp:posOffset>11392852</wp:posOffset>
                </wp:positionV>
                <wp:extent cx="3725481" cy="218598"/>
                <wp:effectExtent l="0" t="0" r="0" b="0"/>
                <wp:wrapNone/>
                <wp:docPr id="1347" name="Text 13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481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FE9DA"/>
                                <w:spacing w:val="40"/>
                                <w:sz w:val="32"/>
                                <w:szCs w:val="32"/>
                              </w:rPr>
                              <w:t xml:space="preserve">THE D’SOUZAS  ✦ 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Peace &amp; Plum Cake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