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3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3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3472594</wp:posOffset>
                </wp:positionH>
                <wp:positionV relativeFrom="page">
                  <wp:posOffset>7843837</wp:posOffset>
                </wp:positionV>
                <wp:extent cx="3350726" cy="565785"/>
                <wp:effectExtent l="0" t="0" r="0" b="0"/>
                <wp:wrapNone/>
                <wp:docPr id="236" name="Text 2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0726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9933"/>
                                <w:sz w:val="69"/>
                                <w:szCs w:val="69"/>
                              </w:rPr>
                              <w:t xml:space="preserve">स्वतंत्रता दिवस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2723537</wp:posOffset>
                </wp:positionH>
                <wp:positionV relativeFrom="page">
                  <wp:posOffset>8329898</wp:posOffset>
                </wp:positionV>
                <wp:extent cx="4848134" cy="1568767"/>
                <wp:effectExtent l="0" t="0" r="0" b="0"/>
                <wp:wrapNone/>
                <wp:docPr id="237" name="Text 2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134" cy="1568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7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B1F5C"/>
                                <w:spacing w:val="-41"/>
                                <w:sz w:val="223"/>
                                <w:szCs w:val="223"/>
                              </w:rPr>
                              <w:t xml:space="preserve">Azadi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1249286</wp:posOffset>
                </wp:positionH>
                <wp:positionV relativeFrom="page">
                  <wp:posOffset>9631203</wp:posOffset>
                </wp:positionV>
                <wp:extent cx="7818038" cy="1568767"/>
                <wp:effectExtent l="0" t="0" r="0" b="0"/>
                <wp:wrapNone/>
                <wp:docPr id="238" name="Text 2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8038" cy="1568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7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B1F5C"/>
                                <w:spacing w:val="13"/>
                                <w:sz w:val="223"/>
                                <w:szCs w:val="223"/>
                              </w:rPr>
                              <w:t xml:space="preserve">Ka Utsav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1759428</wp:posOffset>
                </wp:positionH>
                <wp:positionV relativeFrom="page">
                  <wp:posOffset>11225688</wp:posOffset>
                </wp:positionV>
                <wp:extent cx="6768142" cy="655796"/>
                <wp:effectExtent l="0" t="0" r="0" b="0"/>
                <wp:wrapNone/>
                <wp:docPr id="239" name="Text 2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142" cy="655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1F5C"/>
                                <w:sz w:val="40"/>
                                <w:szCs w:val="40"/>
                              </w:rPr>
                              <w:t xml:space="preserve">Celebrating the freedom we inherited and the</w:t>
                            </w:r>
                          </w:p>
                          <w:p>
                            <w:pPr>
                              <w:spacing w:before="0" w:after="0" w:line="58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0B1F5C"/>
                                <w:sz w:val="40"/>
                                <w:szCs w:val="40"/>
                              </w:rPr>
                              <w:t xml:space="preserve">future we build.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3051632</wp:posOffset>
                </wp:positionH>
                <wp:positionV relativeFrom="page">
                  <wp:posOffset>12241530</wp:posOffset>
                </wp:positionV>
                <wp:extent cx="4183734" cy="205740"/>
                <wp:effectExtent l="0" t="0" r="0" b="0"/>
                <wp:wrapNone/>
                <wp:docPr id="240" name="Text 2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3734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2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B1F5C"/>
                                <w:spacing w:val="56"/>
                                <w:sz w:val="28"/>
                                <w:szCs w:val="28"/>
                              </w:rPr>
                              <w:t xml:space="preserve">HAPPY INDEPENDENCE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Azadi Ka Utsav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