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5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5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861536</wp:posOffset>
                </wp:positionV>
                <wp:extent cx="1816057" cy="205740"/>
                <wp:effectExtent l="0" t="0" r="0" b="0"/>
                <wp:wrapNone/>
                <wp:docPr id="1355" name="Text 13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6057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EFE2"/>
                                <w:spacing w:val="45"/>
                                <w:sz w:val="28"/>
                                <w:szCs w:val="28"/>
                              </w:rPr>
                              <w:t xml:space="preserve">15 AUGUST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5097208</wp:posOffset>
                </wp:positionV>
                <wp:extent cx="9528333" cy="2713196"/>
                <wp:effectExtent l="0" t="0" r="0" b="0"/>
                <wp:wrapNone/>
                <wp:docPr id="1356" name="Text 13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27131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7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7EFE2"/>
                                <w:spacing w:val="171"/>
                                <w:sz w:val="383"/>
                                <w:szCs w:val="383"/>
                              </w:rPr>
                              <w:t xml:space="preserve">Free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7283196</wp:posOffset>
                </wp:positionV>
                <wp:extent cx="9476898" cy="2867501"/>
                <wp:effectExtent l="0" t="0" r="0" b="0"/>
                <wp:wrapNone/>
                <wp:docPr id="1357" name="Text 13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898" cy="2867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51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7EFE2"/>
                                <w:spacing w:val="-415"/>
                                <w:sz w:val="405"/>
                                <w:szCs w:val="405"/>
                              </w:rPr>
                              <w:t xml:space="preserve">Dream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694372</wp:posOffset>
                </wp:positionH>
                <wp:positionV relativeFrom="page">
                  <wp:posOffset>10137838</wp:posOffset>
                </wp:positionV>
                <wp:extent cx="7079207" cy="687943"/>
                <wp:effectExtent l="0" t="0" r="0" b="0"/>
                <wp:wrapNone/>
                <wp:docPr id="1358" name="Text 13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9207" cy="687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7EFE2"/>
                                <w:sz w:val="43"/>
                                <w:szCs w:val="43"/>
                              </w:rPr>
                              <w:t xml:space="preserve">Proud of where we come from, excited about</w:t>
                            </w:r>
                          </w:p>
                          <w:p>
                            <w:pPr>
                              <w:spacing w:before="0" w:after="0" w:line="61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7EFE2"/>
                                <w:sz w:val="43"/>
                                <w:szCs w:val="43"/>
                              </w:rPr>
                              <w:t xml:space="preserve">where we are going.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12215812</wp:posOffset>
                </wp:positionV>
                <wp:extent cx="1596614" cy="192881"/>
                <wp:effectExtent l="0" t="0" r="0" b="0"/>
                <wp:wrapNone/>
                <wp:docPr id="1359" name="Text 13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614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EFE2"/>
                                <w:spacing w:val="41"/>
                                <w:sz w:val="26"/>
                                <w:szCs w:val="26"/>
                              </w:rPr>
                              <w:t xml:space="preserve">JAI HIND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6866954</wp:posOffset>
                </wp:positionH>
                <wp:positionV relativeFrom="page">
                  <wp:posOffset>12215812</wp:posOffset>
                </wp:positionV>
                <wp:extent cx="2712814" cy="192881"/>
                <wp:effectExtent l="0" t="0" r="0" b="0"/>
                <wp:wrapNone/>
                <wp:docPr id="1360" name="Text 13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814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7EFE2"/>
                                <w:spacing w:val="41"/>
                                <w:sz w:val="26"/>
                                <w:szCs w:val="26"/>
                              </w:rPr>
                              <w:t xml:space="preserve">INDEPENDENCE 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to Dream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