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6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6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3544303</wp:posOffset>
                </wp:positionH>
                <wp:positionV relativeFrom="page">
                  <wp:posOffset>1028700</wp:posOffset>
                </wp:positionV>
                <wp:extent cx="3198393" cy="244316"/>
                <wp:effectExtent l="0" t="0" r="0" b="0"/>
                <wp:wrapNone/>
                <wp:docPr id="1362" name="Text 13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8393" cy="244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C9A35B"/>
                                <w:spacing w:val="97"/>
                                <w:sz w:val="32"/>
                                <w:szCs w:val="32"/>
                              </w:rPr>
                              <w:t xml:space="preserve">FLAG HOISTING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2290246</wp:posOffset>
                </wp:positionH>
                <wp:positionV relativeFrom="page">
                  <wp:posOffset>8884110</wp:posOffset>
                </wp:positionV>
                <wp:extent cx="5733478" cy="1645920"/>
                <wp:effectExtent l="0" t="0" r="0" b="0"/>
                <wp:wrapNone/>
                <wp:docPr id="1363" name="Text 13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3478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2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6D2"/>
                                <w:spacing w:val="-33"/>
                                <w:sz w:val="194"/>
                                <w:szCs w:val="194"/>
                              </w:rPr>
                              <w:t xml:space="preserve">Tiranga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2524664</wp:posOffset>
                </wp:positionH>
                <wp:positionV relativeFrom="page">
                  <wp:posOffset>10019538</wp:posOffset>
                </wp:positionV>
                <wp:extent cx="5237670" cy="1645920"/>
                <wp:effectExtent l="0" t="0" r="0" b="0"/>
                <wp:wrapNone/>
                <wp:docPr id="1364" name="Text 13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7670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2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EFE6D2"/>
                                <w:spacing w:val="-38"/>
                                <w:sz w:val="194"/>
                                <w:szCs w:val="194"/>
                              </w:rPr>
                              <w:t xml:space="preserve">at Nine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1918944</wp:posOffset>
                </wp:positionH>
                <wp:positionV relativeFrom="page">
                  <wp:posOffset>11652599</wp:posOffset>
                </wp:positionV>
                <wp:extent cx="6454624" cy="624934"/>
                <wp:effectExtent l="0" t="0" r="0" b="0"/>
                <wp:wrapNone/>
                <wp:docPr id="1365" name="Text 13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624" cy="624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38"/>
                                <w:szCs w:val="38"/>
                              </w:rPr>
                              <w:t xml:space="preserve">Join us on the lawn for the flag hoisting and a</w:t>
                            </w:r>
                          </w:p>
                          <w:p>
                            <w:pPr>
                              <w:spacing w:before="0" w:after="0" w:line="55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EFE6D2"/>
                                <w:sz w:val="38"/>
                                <w:szCs w:val="38"/>
                              </w:rPr>
                              <w:t xml:space="preserve">short programme.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Tiranga at Nine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