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241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41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3763545</wp:posOffset>
                </wp:positionH>
                <wp:positionV relativeFrom="page">
                  <wp:posOffset>1221581</wp:posOffset>
                </wp:positionV>
                <wp:extent cx="2759909" cy="244316"/>
                <wp:effectExtent l="0" t="0" r="0" b="0"/>
                <wp:wrapNone/>
                <wp:docPr id="242" name="Text 24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9909" cy="244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84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F2C94C"/>
                                <w:spacing w:val="90"/>
                                <w:sz w:val="30"/>
                                <w:szCs w:val="30"/>
                              </w:rPr>
                              <w:t xml:space="preserve">REPUBLIC DAY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1814942</wp:posOffset>
                </wp:positionH>
                <wp:positionV relativeFrom="page">
                  <wp:posOffset>1512189</wp:posOffset>
                </wp:positionV>
                <wp:extent cx="6657115" cy="1864518"/>
                <wp:effectExtent l="0" t="0" r="0" b="0"/>
                <wp:wrapNone/>
                <wp:docPr id="243" name="Text 24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7115" cy="18645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936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F2EFE9"/>
                                <w:spacing w:val="-24"/>
                                <w:sz w:val="243"/>
                                <w:szCs w:val="243"/>
                              </w:rPr>
                              <w:t xml:space="preserve">Happy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51435</wp:posOffset>
                </wp:positionH>
                <wp:positionV relativeFrom="page">
                  <wp:posOffset>2947225</wp:posOffset>
                </wp:positionV>
                <wp:extent cx="10184130" cy="1555908"/>
                <wp:effectExtent l="0" t="0" r="0" b="0"/>
                <wp:wrapNone/>
                <wp:docPr id="244" name="Text 24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84130" cy="15559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50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F2EFE9"/>
                                <w:spacing w:val="7"/>
                                <w:sz w:val="204"/>
                                <w:szCs w:val="204"/>
                              </w:rPr>
                              <w:t xml:space="preserve">Republic Day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3806973</wp:posOffset>
                </wp:positionH>
                <wp:positionV relativeFrom="page">
                  <wp:posOffset>4567428</wp:posOffset>
                </wp:positionV>
                <wp:extent cx="2681690" cy="501491"/>
                <wp:effectExtent l="0" t="0" r="0" b="0"/>
                <wp:wrapNone/>
                <wp:docPr id="245" name="Text 24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1690" cy="5014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89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F2C94C"/>
                                <w:sz w:val="61"/>
                                <w:szCs w:val="61"/>
                              </w:rPr>
                              <w:t xml:space="preserve">गणतंत्र दिवस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1717482</wp:posOffset>
                </wp:positionH>
                <wp:positionV relativeFrom="page">
                  <wp:posOffset>5261800</wp:posOffset>
                </wp:positionV>
                <wp:extent cx="6849787" cy="699515"/>
                <wp:effectExtent l="0" t="0" r="0" b="0"/>
                <wp:wrapNone/>
                <wp:docPr id="246" name="Text 24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9787" cy="699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85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F2EFE9"/>
                                <w:sz w:val="43"/>
                                <w:szCs w:val="43"/>
                              </w:rPr>
                              <w:t xml:space="preserve">Honouring the Constitution that guarantees our</w:t>
                            </w:r>
                          </w:p>
                          <w:p>
                            <w:pPr>
                              <w:spacing w:before="0" w:after="0" w:line="615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F2EFE9"/>
                                <w:sz w:val="43"/>
                                <w:szCs w:val="43"/>
                              </w:rPr>
                              <w:t xml:space="preserve">rights and duties.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Happy Republic Day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