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7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7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2877811</wp:posOffset>
                </wp:positionH>
                <wp:positionV relativeFrom="page">
                  <wp:posOffset>8702801</wp:posOffset>
                </wp:positionV>
                <wp:extent cx="4570664" cy="1697355"/>
                <wp:effectExtent l="0" t="0" r="0" b="0"/>
                <wp:wrapNone/>
                <wp:docPr id="1373" name="Text 13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0664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73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6181A"/>
                                <w:sz w:val="223"/>
                                <w:szCs w:val="223"/>
                              </w:rPr>
                              <w:t xml:space="preserve">WE THE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2864081</wp:posOffset>
                </wp:positionH>
                <wp:positionV relativeFrom="page">
                  <wp:posOffset>10004107</wp:posOffset>
                </wp:positionV>
                <wp:extent cx="4598247" cy="1697355"/>
                <wp:effectExtent l="0" t="0" r="0" b="0"/>
                <wp:wrapNone/>
                <wp:docPr id="1374" name="Text 13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8247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73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6181A"/>
                                <w:sz w:val="223"/>
                                <w:szCs w:val="223"/>
                              </w:rPr>
                              <w:t xml:space="preserve">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1945528</wp:posOffset>
                </wp:positionH>
                <wp:positionV relativeFrom="page">
                  <wp:posOffset>11637168</wp:posOffset>
                </wp:positionV>
                <wp:extent cx="6395942" cy="655796"/>
                <wp:effectExtent l="0" t="0" r="0" b="0"/>
                <wp:wrapNone/>
                <wp:docPr id="1375" name="Text 13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5942" cy="655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6181A"/>
                                <w:sz w:val="40"/>
                                <w:szCs w:val="40"/>
                              </w:rPr>
                              <w:t xml:space="preserve">Three words that began everything. Happy</w:t>
                            </w:r>
                          </w:p>
                          <w:p>
                            <w:pPr>
                              <w:spacing w:before="0" w:after="0" w:line="58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6181A"/>
                                <w:sz w:val="40"/>
                                <w:szCs w:val="40"/>
                              </w:rPr>
                              <w:t xml:space="preserve">Republic Day.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732948</wp:posOffset>
                </wp:positionV>
                <wp:extent cx="1917119" cy="205740"/>
                <wp:effectExtent l="0" t="0" r="0" b="0"/>
                <wp:wrapNone/>
                <wp:docPr id="1376" name="Text 13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119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pacing w:val="38"/>
                                <w:sz w:val="28"/>
                                <w:szCs w:val="28"/>
                              </w:rPr>
                              <w:t xml:space="preserve">26 JANUARY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7395428</wp:posOffset>
                </wp:positionH>
                <wp:positionV relativeFrom="page">
                  <wp:posOffset>732948</wp:posOffset>
                </wp:positionV>
                <wp:extent cx="2184339" cy="205740"/>
                <wp:effectExtent l="0" t="0" r="0" b="0"/>
                <wp:wrapNone/>
                <wp:docPr id="1377" name="Text 13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339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181A"/>
                                <w:spacing w:val="38"/>
                                <w:sz w:val="28"/>
                                <w:szCs w:val="28"/>
                              </w:rPr>
                              <w:t xml:space="preserve">REPUBLIC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4324899</wp:posOffset>
                </wp:positionH>
                <wp:positionV relativeFrom="page">
                  <wp:posOffset>12190094</wp:posOffset>
                </wp:positionV>
                <wp:extent cx="1637200" cy="192881"/>
                <wp:effectExtent l="0" t="0" r="0" b="0"/>
                <wp:wrapNone/>
                <wp:docPr id="1378" name="Text 13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200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6181A"/>
                                <w:spacing w:val="52"/>
                                <w:sz w:val="26"/>
                                <w:szCs w:val="26"/>
                              </w:rPr>
                              <w:t xml:space="preserve">JAI HIND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the People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