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3998207</wp:posOffset>
                </wp:positionH>
                <wp:positionV relativeFrom="page">
                  <wp:posOffset>6995159</wp:posOffset>
                </wp:positionV>
                <wp:extent cx="2305528" cy="475773"/>
                <wp:effectExtent l="0" t="0" r="0" b="0"/>
                <wp:wrapNone/>
                <wp:docPr id="248" name="Text 2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528" cy="475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49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C94A"/>
                                <w:sz w:val="57"/>
                                <w:szCs w:val="57"/>
                              </w:rPr>
                              <w:t xml:space="preserve">शुभ नवरात्रि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3568086</wp:posOffset>
                </wp:positionH>
                <wp:positionV relativeFrom="page">
                  <wp:posOffset>7370635</wp:posOffset>
                </wp:positionV>
                <wp:extent cx="3227415" cy="1453038"/>
                <wp:effectExtent l="0" t="0" r="0" b="0"/>
                <wp:wrapNone/>
                <wp:docPr id="249" name="Text 2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415" cy="1453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8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FF1E6"/>
                                <w:sz w:val="182"/>
                                <w:szCs w:val="182"/>
                              </w:rPr>
                              <w:t xml:space="preserve">Nine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3112167</wp:posOffset>
                </wp:positionH>
                <wp:positionV relativeFrom="page">
                  <wp:posOffset>8435340</wp:posOffset>
                </wp:positionV>
                <wp:extent cx="4139293" cy="1453038"/>
                <wp:effectExtent l="0" t="0" r="0" b="0"/>
                <wp:wrapNone/>
                <wp:docPr id="250" name="Text 2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9293" cy="1453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8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FF1E6"/>
                                <w:sz w:val="182"/>
                                <w:szCs w:val="182"/>
                              </w:rPr>
                              <w:t xml:space="preserve">Nights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2264456</wp:posOffset>
                </wp:positionH>
                <wp:positionV relativeFrom="page">
                  <wp:posOffset>9695497</wp:posOffset>
                </wp:positionV>
                <wp:extent cx="5758087" cy="257175"/>
                <wp:effectExtent l="0" t="0" r="0" b="0"/>
                <wp:wrapNone/>
                <wp:docPr id="251" name="Text 2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087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1E6"/>
                                <w:sz w:val="32"/>
                                <w:szCs w:val="32"/>
                              </w:rPr>
                              <w:t xml:space="preserve">Garba, dandiya and nine nights of devotion and dance.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3794898</wp:posOffset>
                </wp:positionH>
                <wp:positionV relativeFrom="page">
                  <wp:posOffset>10929937</wp:posOffset>
                </wp:positionV>
                <wp:extent cx="2697203" cy="167163"/>
                <wp:effectExtent l="0" t="0" r="0" b="0"/>
                <wp:wrapNone/>
                <wp:docPr id="252" name="Text 2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7203" cy="16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1E6"/>
                                <w:spacing w:val="44"/>
                                <w:sz w:val="22"/>
                                <w:szCs w:val="22"/>
                              </w:rPr>
                              <w:t xml:space="preserve">SAMPLE GARBA 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Nine Nights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