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28148" cy="12910185"/>
            <wp:effectExtent l="0" t="0" r="0" b="0"/>
            <wp:wrapNone/>
            <wp:docPr id="1385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385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28148" cy="1291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3475318</wp:posOffset>
                </wp:positionH>
                <wp:positionV relativeFrom="page">
                  <wp:posOffset>1748789</wp:posOffset>
                </wp:positionV>
                <wp:extent cx="3336363" cy="231457"/>
                <wp:effectExtent l="0" t="0" r="0" b="0"/>
                <wp:wrapNone/>
                <wp:docPr id="1386" name="Text 138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6363" cy="2314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4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b/>
                                <w:bCs/>
                                <w:color w:val="F3C14B"/>
                                <w:spacing w:val="120"/>
                                <w:sz w:val="30"/>
                                <w:szCs w:val="30"/>
                              </w:rPr>
                              <w:t xml:space="preserve">DANDIYA NIGHT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3057439</wp:posOffset>
                </wp:positionH>
                <wp:positionV relativeFrom="page">
                  <wp:posOffset>5948457</wp:posOffset>
                </wp:positionV>
                <wp:extent cx="4172121" cy="1864518"/>
                <wp:effectExtent l="0" t="0" r="0" b="0"/>
                <wp:wrapNone/>
                <wp:docPr id="1387" name="Text 138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2121" cy="18645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936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F6EFE0"/>
                                <w:sz w:val="243"/>
                                <w:szCs w:val="243"/>
                              </w:rPr>
                              <w:t xml:space="preserve">Raas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2478421</wp:posOffset>
                </wp:positionH>
                <wp:positionV relativeFrom="page">
                  <wp:posOffset>7368063</wp:posOffset>
                </wp:positionV>
                <wp:extent cx="5339412" cy="1864518"/>
                <wp:effectExtent l="0" t="0" r="0" b="0"/>
                <wp:wrapNone/>
                <wp:docPr id="1388" name="Text 138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9412" cy="18645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936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F6EFE0"/>
                                <w:sz w:val="243"/>
                                <w:szCs w:val="243"/>
                              </w:rPr>
                              <w:t xml:space="preserve">Garba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2144357</wp:posOffset>
                </wp:positionH>
                <wp:positionV relativeFrom="page">
                  <wp:posOffset>9309735</wp:posOffset>
                </wp:positionV>
                <wp:extent cx="5985426" cy="750951"/>
                <wp:effectExtent l="0" t="0" r="0" b="0"/>
                <wp:wrapNone/>
                <wp:docPr id="1389" name="Text 138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5426" cy="750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06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F6EFE0"/>
                                <w:sz w:val="47"/>
                                <w:szCs w:val="47"/>
                              </w:rPr>
                              <w:t xml:space="preserve">Live dhol, a huge circle and the whole</w:t>
                            </w:r>
                          </w:p>
                          <w:p>
                            <w:pPr>
                              <w:spacing w:before="0" w:after="0" w:line="676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F6EFE0"/>
                                <w:sz w:val="47"/>
                                <w:szCs w:val="47"/>
                              </w:rPr>
                              <w:t xml:space="preserve">neighbourhood dancing.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3867952</wp:posOffset>
                </wp:positionH>
                <wp:positionV relativeFrom="page">
                  <wp:posOffset>10338435</wp:posOffset>
                </wp:positionV>
                <wp:extent cx="2551095" cy="1144428"/>
                <wp:effectExtent l="0" t="0" r="0" b="0"/>
                <wp:wrapNone/>
                <wp:docPr id="1390" name="Text 139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1095" cy="11444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25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F6EFE0"/>
                                <w:spacing w:val="62"/>
                                <w:sz w:val="34"/>
                                <w:szCs w:val="34"/>
                              </w:rPr>
                              <w:t xml:space="preserve">8 PM</w:t>
                            </w:r>
                          </w:p>
                          <w:p>
                            <w:pPr>
                              <w:spacing w:before="0" w:after="0" w:line="688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F6EFE0"/>
                                <w:spacing w:val="61"/>
                                <w:sz w:val="34"/>
                                <w:szCs w:val="34"/>
                              </w:rPr>
                              <w:t xml:space="preserve">TRADITIONAL</w:t>
                            </w:r>
                          </w:p>
                          <w:p>
                            <w:pPr>
                              <w:spacing w:before="0" w:after="0" w:line="688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F6EFE0"/>
                                <w:spacing w:val="61"/>
                                <w:sz w:val="34"/>
                                <w:szCs w:val="34"/>
                              </w:rPr>
                              <w:t xml:space="preserve">PASS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6200" w:h="2025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Raas Garba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