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39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9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2936697</wp:posOffset>
                </wp:positionH>
                <wp:positionV relativeFrom="page">
                  <wp:posOffset>758666</wp:posOffset>
                </wp:positionV>
                <wp:extent cx="4413605" cy="270033"/>
                <wp:effectExtent l="0" t="0" r="0" b="0"/>
                <wp:wrapNone/>
                <wp:docPr id="1392" name="Text 13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3605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72"/>
                                <w:sz w:val="36"/>
                                <w:szCs w:val="36"/>
                              </w:rPr>
                              <w:t xml:space="preserve">FESTIVAL GREETINGS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8185879</wp:posOffset>
                </wp:positionV>
                <wp:extent cx="6450206" cy="1710213"/>
                <wp:effectExtent l="0" t="0" r="0" b="0"/>
                <wp:wrapNone/>
                <wp:docPr id="1393" name="Text 13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0206" cy="17102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9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A2118"/>
                                <w:spacing w:val="-38"/>
                                <w:sz w:val="243"/>
                                <w:szCs w:val="243"/>
                              </w:rPr>
                              <w:t xml:space="preserve">Modak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9605486</wp:posOffset>
                </wp:positionV>
                <wp:extent cx="6154313" cy="1710213"/>
                <wp:effectExtent l="0" t="0" r="0" b="0"/>
                <wp:wrapNone/>
                <wp:docPr id="1394" name="Text 13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4313" cy="17102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693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A2118"/>
                                <w:spacing w:val="-46"/>
                                <w:sz w:val="243"/>
                                <w:szCs w:val="243"/>
                              </w:rPr>
                              <w:t xml:space="preserve">Season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707231</wp:posOffset>
                </wp:positionH>
                <wp:positionV relativeFrom="page">
                  <wp:posOffset>11277123</wp:posOffset>
                </wp:positionV>
                <wp:extent cx="6471057" cy="623649"/>
                <wp:effectExtent l="0" t="0" r="0" b="0"/>
                <wp:wrapNone/>
                <wp:docPr id="1395" name="Text 13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1057" cy="6236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8"/>
                                <w:szCs w:val="38"/>
                              </w:rPr>
                              <w:t xml:space="preserve">Wishing you wisdom, prosperity and plenty of</w:t>
                            </w:r>
                          </w:p>
                          <w:p>
                            <w:pPr>
                              <w:spacing w:before="0" w:after="0" w:line="55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8"/>
                                <w:szCs w:val="38"/>
                              </w:rPr>
                              <w:t xml:space="preserve">modaks.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5873374</wp:posOffset>
                </wp:positionH>
                <wp:positionV relativeFrom="page">
                  <wp:posOffset>12254388</wp:posOffset>
                </wp:positionV>
                <wp:extent cx="3706394" cy="192881"/>
                <wp:effectExtent l="0" t="0" r="0" b="0"/>
                <wp:wrapNone/>
                <wp:docPr id="1396" name="Text 13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394" cy="1928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3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A2118"/>
                                <w:spacing w:val="42"/>
                                <w:sz w:val="26"/>
                                <w:szCs w:val="26"/>
                              </w:rPr>
                              <w:t xml:space="preserve">HAPPY GANESH CHATURTHI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Modak Season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