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9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9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3387687</wp:posOffset>
                </wp:positionH>
                <wp:positionV relativeFrom="page">
                  <wp:posOffset>5992177</wp:posOffset>
                </wp:positionV>
                <wp:extent cx="3511624" cy="218598"/>
                <wp:effectExtent l="0" t="0" r="0" b="0"/>
                <wp:wrapNone/>
                <wp:docPr id="1398" name="Text 13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1624" cy="218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C95B6B"/>
                                <w:spacing w:val="91"/>
                                <w:sz w:val="30"/>
                                <w:szCs w:val="30"/>
                              </w:rPr>
                              <w:t xml:space="preserve">RAKSHA BANDHAN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2348937</wp:posOffset>
                </wp:positionH>
                <wp:positionV relativeFrom="page">
                  <wp:posOffset>6002464</wp:posOffset>
                </wp:positionV>
                <wp:extent cx="5611592" cy="1890236"/>
                <wp:effectExtent l="0" t="0" r="0" b="0"/>
                <wp:wrapNone/>
                <wp:docPr id="1399" name="Text 13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592" cy="1890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76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3B1F24"/>
                                <w:spacing w:val="-37"/>
                                <w:sz w:val="223"/>
                                <w:szCs w:val="223"/>
                              </w:rPr>
                              <w:t xml:space="preserve">Happy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57114</wp:posOffset>
                </wp:positionH>
                <wp:positionV relativeFrom="page">
                  <wp:posOffset>7341060</wp:posOffset>
                </wp:positionV>
                <wp:extent cx="10178450" cy="1530191"/>
                <wp:effectExtent l="0" t="0" r="0" b="0"/>
                <wp:wrapNone/>
                <wp:docPr id="1400" name="Text 14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8450" cy="1530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9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3B1F24"/>
                                <w:spacing w:val="-93"/>
                                <w:sz w:val="181"/>
                                <w:szCs w:val="181"/>
                              </w:rPr>
                              <w:t xml:space="preserve">Raksha Bandhan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1749844</wp:posOffset>
                </wp:positionH>
                <wp:positionV relativeFrom="page">
                  <wp:posOffset>8974121</wp:posOffset>
                </wp:positionV>
                <wp:extent cx="6764545" cy="731662"/>
                <wp:effectExtent l="0" t="0" r="0" b="0"/>
                <wp:wrapNone/>
                <wp:docPr id="1401" name="Text 14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4545" cy="7316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3B1F24"/>
                                <w:sz w:val="45"/>
                                <w:szCs w:val="45"/>
                              </w:rPr>
                              <w:t xml:space="preserve">A thread of love, a promise of care, a lifetime</w:t>
                            </w:r>
                          </w:p>
                          <w:p>
                            <w:pPr>
                              <w:spacing w:before="0" w:after="0" w:line="64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3B1F24"/>
                                <w:sz w:val="45"/>
                                <w:szCs w:val="45"/>
                              </w:rPr>
                              <w:t xml:space="preserve">of teasing.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2679622</wp:posOffset>
                </wp:positionH>
                <wp:positionV relativeFrom="page">
                  <wp:posOffset>11392852</wp:posOffset>
                </wp:positionV>
                <wp:extent cx="4927754" cy="218598"/>
                <wp:effectExtent l="0" t="0" r="0" b="0"/>
                <wp:wrapNone/>
                <wp:docPr id="1402" name="Text 14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754" cy="218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pacing w:val="41"/>
                                <w:sz w:val="32"/>
                                <w:szCs w:val="32"/>
                              </w:rPr>
                              <w:t xml:space="preserve">MY BROTHER  ✦  YOUR SISTER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Happy Raksha Bandhan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