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40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0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1397661</wp:posOffset>
                </wp:positionH>
                <wp:positionV relativeFrom="page">
                  <wp:posOffset>7802689</wp:posOffset>
                </wp:positionV>
                <wp:extent cx="7512812" cy="1890236"/>
                <wp:effectExtent l="0" t="0" r="0" b="0"/>
                <wp:wrapNone/>
                <wp:docPr id="1404" name="Text 14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2812" cy="1890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76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2B1B14"/>
                                <w:spacing w:val="-106"/>
                                <w:sz w:val="223"/>
                                <w:szCs w:val="223"/>
                              </w:rPr>
                              <w:t xml:space="preserve">Bound by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3060271</wp:posOffset>
                </wp:positionH>
                <wp:positionV relativeFrom="page">
                  <wp:posOffset>9103995</wp:posOffset>
                </wp:positionV>
                <wp:extent cx="4166456" cy="1890236"/>
                <wp:effectExtent l="0" t="0" r="0" b="0"/>
                <wp:wrapNone/>
                <wp:docPr id="1405" name="Text 14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6456" cy="1890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76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2B1B14"/>
                                <w:spacing w:val="-44"/>
                                <w:sz w:val="223"/>
                                <w:szCs w:val="223"/>
                              </w:rPr>
                              <w:t xml:space="preserve">Love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1750548</wp:posOffset>
                </wp:positionH>
                <wp:positionV relativeFrom="page">
                  <wp:posOffset>10968513</wp:posOffset>
                </wp:positionV>
                <wp:extent cx="6785903" cy="282892"/>
                <wp:effectExtent l="0" t="0" r="0" b="0"/>
                <wp:wrapNone/>
                <wp:docPr id="1406" name="Text 14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5903" cy="2828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5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B1B14"/>
                                <w:sz w:val="40"/>
                                <w:szCs w:val="40"/>
                              </w:rPr>
                              <w:t xml:space="preserve">Distance can’t loosen this knot. Happy Rakhi.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3239430</wp:posOffset>
                </wp:positionH>
                <wp:positionV relativeFrom="page">
                  <wp:posOffset>12241530</wp:posOffset>
                </wp:positionV>
                <wp:extent cx="3808138" cy="205740"/>
                <wp:effectExtent l="0" t="0" r="0" b="0"/>
                <wp:wrapNone/>
                <wp:docPr id="1407" name="Text 14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8138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B1B14"/>
                                <w:spacing w:val="56"/>
                                <w:sz w:val="28"/>
                                <w:szCs w:val="28"/>
                              </w:rPr>
                              <w:t xml:space="preserve">HAPPY RAKSHA BANDHAN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Bound by Love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