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5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861536</wp:posOffset>
                </wp:positionV>
                <wp:extent cx="2742007" cy="205740"/>
                <wp:effectExtent l="0" t="0" r="0" b="0"/>
                <wp:wrapNone/>
                <wp:docPr id="254" name="Text 2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2007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45"/>
                                <w:sz w:val="28"/>
                                <w:szCs w:val="28"/>
                              </w:rPr>
                              <w:t xml:space="preserve">MAKAR SANKRANTI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4912042</wp:posOffset>
                </wp:positionV>
                <wp:extent cx="7872126" cy="3111817"/>
                <wp:effectExtent l="0" t="0" r="0" b="0"/>
                <wp:wrapNone/>
                <wp:docPr id="255" name="Text 2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2126" cy="3111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90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pacing w:val="213"/>
                                <w:sz w:val="405"/>
                                <w:szCs w:val="405"/>
                              </w:rPr>
                              <w:t xml:space="preserve">Kite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7226617</wp:posOffset>
                </wp:positionV>
                <wp:extent cx="9528333" cy="3111817"/>
                <wp:effectExtent l="0" t="0" r="0" b="0"/>
                <wp:wrapNone/>
                <wp:docPr id="256" name="Text 2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3111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90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F2233"/>
                                <w:spacing w:val="22"/>
                                <w:sz w:val="405"/>
                                <w:szCs w:val="405"/>
                              </w:rPr>
                              <w:t xml:space="preserve">Skies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10158412</wp:posOffset>
                </wp:positionV>
                <wp:extent cx="3502412" cy="668655"/>
                <wp:effectExtent l="0" t="0" r="0" b="0"/>
                <wp:wrapNone/>
                <wp:docPr id="257" name="Text 2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412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53" w:lineRule="exact"/>
                              <w:jc w:val="left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F7FD8"/>
                                <w:sz w:val="81"/>
                                <w:szCs w:val="81"/>
                              </w:rPr>
                              <w:t xml:space="preserve">मकर संक्रांति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11135677</wp:posOffset>
                </wp:positionV>
                <wp:extent cx="6999935" cy="713660"/>
                <wp:effectExtent l="0" t="0" r="0" b="0"/>
                <wp:wrapNone/>
                <wp:docPr id="258" name="Text 2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9935" cy="713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43"/>
                                <w:szCs w:val="43"/>
                              </w:rPr>
                              <w:t xml:space="preserve">Til-gud ghya, god god bola. Happy Makar</w:t>
                            </w:r>
                          </w:p>
                          <w:p>
                            <w:pPr>
                              <w:spacing w:before="0" w:after="0" w:line="6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F2233"/>
                                <w:sz w:val="43"/>
                                <w:szCs w:val="43"/>
                              </w:rPr>
                              <w:t xml:space="preserve">Sankranti!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12215812</wp:posOffset>
                </wp:positionV>
                <wp:extent cx="2547217" cy="192881"/>
                <wp:effectExtent l="0" t="0" r="0" b="0"/>
                <wp:wrapNone/>
                <wp:docPr id="259" name="Text 2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217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41"/>
                                <w:sz w:val="26"/>
                                <w:szCs w:val="26"/>
                              </w:rPr>
                              <w:t xml:space="preserve">HAPPY UTTARAYAN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8237918</wp:posOffset>
                </wp:positionH>
                <wp:positionV relativeFrom="page">
                  <wp:posOffset>12215812</wp:posOffset>
                </wp:positionV>
                <wp:extent cx="1341850" cy="192881"/>
                <wp:effectExtent l="0" t="0" r="0" b="0"/>
                <wp:wrapNone/>
                <wp:docPr id="260" name="Text 2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850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41"/>
                                <w:sz w:val="26"/>
                                <w:szCs w:val="26"/>
                              </w:rPr>
                              <w:t xml:space="preserve">14 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Kite Skies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