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1416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16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2259121</wp:posOffset>
                </wp:positionH>
                <wp:positionV relativeFrom="page">
                  <wp:posOffset>835818</wp:posOffset>
                </wp:positionV>
                <wp:extent cx="5768756" cy="565785"/>
                <wp:effectExtent l="0" t="0" r="0" b="0"/>
                <wp:wrapNone/>
                <wp:docPr id="1417" name="Text 14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8756" cy="565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91" w:lineRule="exact"/>
                              <w:jc w:val="center"/>
                            </w:pPr>
                            <w:r>
                              <w:rPr>
                                <w:rFonts w:ascii="Noto Naskh Arabic" w:hAnsi="Noto Naskh Arabic" w:cs="Noto Naskh Arabic" w:eastAsia="Noto Naskh Arabic"/>
                                <w:b/>
                                <w:bCs/>
                                <w:color w:val="5E8F3C"/>
                                <w:sz w:val="69"/>
                                <w:szCs w:val="69"/>
                              </w:rPr>
                              <w:t xml:space="preserve">இனிய பொங்கல்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3359890</wp:posOffset>
                </wp:positionH>
                <wp:positionV relativeFrom="page">
                  <wp:posOffset>9115568</wp:posOffset>
                </wp:positionV>
                <wp:extent cx="3620796" cy="1478756"/>
                <wp:effectExtent l="0" t="0" r="0" b="0"/>
                <wp:wrapNone/>
                <wp:docPr id="1418" name="Text 14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20796" cy="1478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28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22301B"/>
                                <w:sz w:val="194"/>
                                <w:szCs w:val="194"/>
                              </w:rPr>
                              <w:t xml:space="preserve">HAPPY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3067714</wp:posOffset>
                </wp:positionH>
                <wp:positionV relativeFrom="page">
                  <wp:posOffset>10250995</wp:posOffset>
                </wp:positionV>
                <wp:extent cx="4189688" cy="1478756"/>
                <wp:effectExtent l="0" t="0" r="0" b="0"/>
                <wp:wrapNone/>
                <wp:docPr id="1419" name="Text 14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688" cy="14787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28" w:lineRule="exact"/>
                              <w:jc w:val="center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22301B"/>
                                <w:sz w:val="194"/>
                                <w:szCs w:val="194"/>
                              </w:rPr>
                              <w:t xml:space="preserve">PONGAL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1877923</wp:posOffset>
                </wp:positionH>
                <wp:positionV relativeFrom="page">
                  <wp:posOffset>11652599</wp:posOffset>
                </wp:positionV>
                <wp:extent cx="6540238" cy="624934"/>
                <wp:effectExtent l="0" t="0" r="0" b="0"/>
                <wp:wrapNone/>
                <wp:docPr id="1420" name="Text 14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0238" cy="624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2301B"/>
                                <w:sz w:val="38"/>
                                <w:szCs w:val="38"/>
                              </w:rPr>
                              <w:t xml:space="preserve">May your pot overflow with joy, rice and sweet</w:t>
                            </w:r>
                          </w:p>
                          <w:p>
                            <w:pPr>
                              <w:spacing w:before="0" w:after="0" w:line="55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2301B"/>
                                <w:sz w:val="38"/>
                                <w:szCs w:val="38"/>
                              </w:rPr>
                              <w:t xml:space="preserve">jaggery.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Happy Pongal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