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42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2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2549643</wp:posOffset>
                </wp:positionH>
                <wp:positionV relativeFrom="page">
                  <wp:posOffset>8664225</wp:posOffset>
                </wp:positionV>
                <wp:extent cx="5220765" cy="1723072"/>
                <wp:effectExtent l="0" t="0" r="0" b="0"/>
                <wp:wrapNone/>
                <wp:docPr id="1427" name="Text 14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0765" cy="1723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13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2118"/>
                                <w:spacing w:val="-17"/>
                                <w:sz w:val="223"/>
                                <w:szCs w:val="223"/>
                              </w:rPr>
                              <w:t xml:space="preserve">Happy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2693425</wp:posOffset>
                </wp:positionH>
                <wp:positionV relativeFrom="page">
                  <wp:posOffset>9965531</wp:posOffset>
                </wp:positionV>
                <wp:extent cx="4900148" cy="1723072"/>
                <wp:effectExtent l="0" t="0" r="0" b="0"/>
                <wp:wrapNone/>
                <wp:docPr id="1428" name="Text 14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0148" cy="1723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13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2118"/>
                                <w:spacing w:val="-22"/>
                                <w:sz w:val="223"/>
                                <w:szCs w:val="223"/>
                              </w:rPr>
                              <w:t xml:space="preserve">Onam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1605193</wp:posOffset>
                </wp:positionH>
                <wp:positionV relativeFrom="page">
                  <wp:posOffset>11637168</wp:posOffset>
                </wp:positionV>
                <wp:extent cx="7076612" cy="681513"/>
                <wp:effectExtent l="0" t="0" r="0" b="0"/>
                <wp:wrapNone/>
                <wp:docPr id="1429" name="Text 14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6612" cy="6815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2118"/>
                                <w:sz w:val="40"/>
                                <w:szCs w:val="40"/>
                              </w:rPr>
                              <w:t xml:space="preserve">Pookalam at the door, sadya on the leaf and the whole</w:t>
                            </w:r>
                          </w:p>
                          <w:p>
                            <w:pPr>
                              <w:spacing w:before="0" w:after="0" w:line="587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2118"/>
                                <w:sz w:val="40"/>
                                <w:szCs w:val="40"/>
                              </w:rPr>
                              <w:t xml:space="preserve">family home.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732948</wp:posOffset>
                </wp:positionV>
                <wp:extent cx="2845701" cy="205740"/>
                <wp:effectExtent l="0" t="0" r="0" b="0"/>
                <wp:wrapNone/>
                <wp:docPr id="1430" name="Text 14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5701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A2118"/>
                                <w:spacing w:val="39"/>
                                <w:sz w:val="28"/>
                                <w:szCs w:val="28"/>
                              </w:rPr>
                              <w:t xml:space="preserve">HARVEST FESTIVAL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8597721</wp:posOffset>
                </wp:positionH>
                <wp:positionV relativeFrom="page">
                  <wp:posOffset>732948</wp:posOffset>
                </wp:positionV>
                <wp:extent cx="982046" cy="205740"/>
                <wp:effectExtent l="0" t="0" r="0" b="0"/>
                <wp:wrapNone/>
                <wp:docPr id="1431" name="Text 14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046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A2118"/>
                                <w:spacing w:val="39"/>
                                <w:sz w:val="28"/>
                                <w:szCs w:val="28"/>
                              </w:rPr>
                              <w:t xml:space="preserve">SEP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4056774</wp:posOffset>
                </wp:positionH>
                <wp:positionV relativeFrom="page">
                  <wp:posOffset>12190094</wp:posOffset>
                </wp:positionV>
                <wp:extent cx="2173450" cy="192881"/>
                <wp:effectExtent l="0" t="0" r="0" b="0"/>
                <wp:wrapNone/>
                <wp:docPr id="1432" name="Text 14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450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2A2118"/>
                                <w:spacing w:val="52"/>
                                <w:sz w:val="26"/>
                                <w:szCs w:val="26"/>
                              </w:rPr>
                              <w:t xml:space="preserve">ONASHAMSAKAL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Happy Onam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