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3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3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3811602</wp:posOffset>
                </wp:positionH>
                <wp:positionV relativeFrom="page">
                  <wp:posOffset>6995159</wp:posOffset>
                </wp:positionV>
                <wp:extent cx="2669908" cy="475773"/>
                <wp:effectExtent l="0" t="0" r="0" b="0"/>
                <wp:wrapNone/>
                <wp:docPr id="1434" name="Text 14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9908" cy="475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49" w:lineRule="exact"/>
                              <w:jc w:val="center"/>
                            </w:pPr>
                            <w:r>
                              <w:rPr>
                                <w:rFonts w:ascii="Noto Naskh Arabic" w:hAnsi="Noto Naskh Arabic" w:cs="Noto Naskh Arabic" w:eastAsia="Noto Naskh Arabic"/>
                                <w:b/>
                                <w:bCs/>
                                <w:color w:val="B08A3E"/>
                                <w:sz w:val="57"/>
                                <w:szCs w:val="57"/>
                              </w:rPr>
                              <w:t xml:space="preserve">শুভ শারদীয়া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1720243</wp:posOffset>
                </wp:positionH>
                <wp:positionV relativeFrom="page">
                  <wp:posOffset>7242048</wp:posOffset>
                </wp:positionV>
                <wp:extent cx="6846512" cy="1414462"/>
                <wp:effectExtent l="0" t="0" r="0" b="0"/>
                <wp:wrapNone/>
                <wp:docPr id="1435" name="Text 14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6512" cy="1414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27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A2118"/>
                                <w:spacing w:val="-100"/>
                                <w:sz w:val="182"/>
                                <w:szCs w:val="182"/>
                              </w:rPr>
                              <w:t xml:space="preserve">SHUBHO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2803464</wp:posOffset>
                </wp:positionH>
                <wp:positionV relativeFrom="page">
                  <wp:posOffset>8306752</wp:posOffset>
                </wp:positionV>
                <wp:extent cx="4680070" cy="1414462"/>
                <wp:effectExtent l="0" t="0" r="0" b="0"/>
                <wp:wrapNone/>
                <wp:docPr id="1436" name="Text 14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70" cy="1414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27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A2118"/>
                                <w:spacing w:val="-5"/>
                                <w:sz w:val="182"/>
                                <w:szCs w:val="182"/>
                              </w:rPr>
                              <w:t xml:space="preserve">PUJO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2419213</wp:posOffset>
                </wp:positionH>
                <wp:positionV relativeFrom="page">
                  <wp:posOffset>9695497</wp:posOffset>
                </wp:positionV>
                <wp:extent cx="5448573" cy="542639"/>
                <wp:effectExtent l="0" t="0" r="0" b="0"/>
                <wp:wrapNone/>
                <wp:docPr id="1437" name="Text 14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573" cy="5426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A2118"/>
                                <w:sz w:val="32"/>
                                <w:szCs w:val="32"/>
                              </w:rPr>
                              <w:t xml:space="preserve">Dhak, dhunuchi and pandal-hopping till</w:t>
                            </w:r>
                          </w:p>
                          <w:p>
                            <w:pPr>
                              <w:spacing w:before="0" w:after="0" w:line="469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A2118"/>
                                <w:sz w:val="32"/>
                                <w:szCs w:val="32"/>
                              </w:rPr>
                              <w:t xml:space="preserve">dawn.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3942342</wp:posOffset>
                </wp:positionH>
                <wp:positionV relativeFrom="page">
                  <wp:posOffset>10929937</wp:posOffset>
                </wp:positionV>
                <wp:extent cx="2402315" cy="167163"/>
                <wp:effectExtent l="0" t="0" r="0" b="0"/>
                <wp:wrapNone/>
                <wp:docPr id="1438" name="Text 14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2315" cy="16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A2118"/>
                                <w:spacing w:val="44"/>
                                <w:sz w:val="22"/>
                                <w:szCs w:val="22"/>
                              </w:rPr>
                              <w:t xml:space="preserve">SHUBHO SHARODIYA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Shubho Pujo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