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1439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439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3645877</wp:posOffset>
                </wp:positionH>
                <wp:positionV relativeFrom="page">
                  <wp:posOffset>1748789</wp:posOffset>
                </wp:positionV>
                <wp:extent cx="2995244" cy="218598"/>
                <wp:effectExtent l="0" t="0" r="0" b="0"/>
                <wp:wrapNone/>
                <wp:docPr id="1440" name="Text 144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5244" cy="2185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FD1C3"/>
                                <w:spacing w:val="121"/>
                                <w:sz w:val="30"/>
                                <w:szCs w:val="30"/>
                              </w:rPr>
                              <w:t xml:space="preserve">JANMASHTAMI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2238075</wp:posOffset>
                </wp:positionH>
                <wp:positionV relativeFrom="page">
                  <wp:posOffset>5999892</wp:posOffset>
                </wp:positionV>
                <wp:extent cx="5810849" cy="1710213"/>
                <wp:effectExtent l="0" t="0" r="0" b="0"/>
                <wp:wrapNone/>
                <wp:docPr id="1441" name="Text 144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849" cy="17102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693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color w:val="E8F3F1"/>
                                <w:sz w:val="243"/>
                                <w:szCs w:val="243"/>
                              </w:rPr>
                              <w:t xml:space="preserve">Happy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51435</wp:posOffset>
                </wp:positionH>
                <wp:positionV relativeFrom="page">
                  <wp:posOffset>7420784</wp:posOffset>
                </wp:positionV>
                <wp:extent cx="10184130" cy="1491614"/>
                <wp:effectExtent l="0" t="0" r="0" b="0"/>
                <wp:wrapNone/>
                <wp:docPr id="1442" name="Text 144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84130" cy="14916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49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color w:val="E8F3F1"/>
                                <w:spacing w:val="96"/>
                                <w:sz w:val="212"/>
                                <w:szCs w:val="212"/>
                              </w:rPr>
                              <w:t xml:space="preserve">Janmashtami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1765644</wp:posOffset>
                </wp:positionH>
                <wp:positionV relativeFrom="page">
                  <wp:posOffset>9130998</wp:posOffset>
                </wp:positionV>
                <wp:extent cx="6801941" cy="750951"/>
                <wp:effectExtent l="0" t="0" r="0" b="0"/>
                <wp:wrapNone/>
                <wp:docPr id="1443" name="Text 144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1941" cy="750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06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E8F3F1"/>
                                <w:sz w:val="47"/>
                                <w:szCs w:val="47"/>
                              </w:rPr>
                              <w:t xml:space="preserve">Wishing you love, mischief and a pot full of</w:t>
                            </w:r>
                          </w:p>
                          <w:p>
                            <w:pPr>
                              <w:spacing w:before="0" w:after="0" w:line="676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E8F3F1"/>
                                <w:sz w:val="47"/>
                                <w:szCs w:val="47"/>
                              </w:rPr>
                              <w:t xml:space="preserve">makhan.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3837131</wp:posOffset>
                </wp:positionH>
                <wp:positionV relativeFrom="page">
                  <wp:posOffset>10351293</wp:posOffset>
                </wp:positionV>
                <wp:extent cx="2612737" cy="681513"/>
                <wp:effectExtent l="0" t="0" r="0" b="0"/>
                <wp:wrapNone/>
                <wp:docPr id="1444" name="Text 144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2737" cy="6815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8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E8F3F1"/>
                                <w:spacing w:val="61"/>
                                <w:sz w:val="34"/>
                                <w:szCs w:val="34"/>
                              </w:rPr>
                              <w:t xml:space="preserve">CELEBRATION</w:t>
                            </w:r>
                          </w:p>
                          <w:p>
                            <w:pPr>
                              <w:spacing w:before="0" w:after="0" w:line="688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E8F3F1"/>
                                <w:spacing w:val="61"/>
                                <w:sz w:val="34"/>
                                <w:szCs w:val="34"/>
                              </w:rPr>
                              <w:t xml:space="preserve">NEXT DAY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Happy Janmashtami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