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44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4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1170146</wp:posOffset>
                </wp:positionH>
                <wp:positionV relativeFrom="page">
                  <wp:posOffset>3471862</wp:posOffset>
                </wp:positionV>
                <wp:extent cx="1761045" cy="231457"/>
                <wp:effectExtent l="0" t="0" r="0" b="0"/>
                <wp:wrapNone/>
                <wp:docPr id="1446" name="Text 14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1045" cy="231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7070C"/>
                                <w:spacing w:val="46"/>
                                <w:sz w:val="30"/>
                                <w:szCs w:val="30"/>
                              </w:rPr>
                              <w:t xml:space="preserve">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1221581</wp:posOffset>
                </wp:positionH>
                <wp:positionV relativeFrom="page">
                  <wp:posOffset>4189380</wp:posOffset>
                </wp:positionV>
                <wp:extent cx="5221968" cy="1581626"/>
                <wp:effectExtent l="0" t="0" r="0" b="0"/>
                <wp:wrapNone/>
                <wp:docPr id="1447" name="Text 14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1968" cy="1581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9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pacing w:val="70"/>
                                <w:sz w:val="223"/>
                                <w:szCs w:val="223"/>
                              </w:rPr>
                              <w:t xml:space="preserve">Hello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1221581</wp:posOffset>
                </wp:positionH>
                <wp:positionV relativeFrom="page">
                  <wp:posOffset>5490686</wp:posOffset>
                </wp:positionV>
                <wp:extent cx="4237335" cy="1581626"/>
                <wp:effectExtent l="0" t="0" r="0" b="0"/>
                <wp:wrapNone/>
                <wp:docPr id="1448" name="Text 14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7335" cy="1581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9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pacing w:val="-88"/>
                                <w:sz w:val="223"/>
                                <w:szCs w:val="223"/>
                              </w:rPr>
                              <w:t xml:space="preserve">2027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1221581</wp:posOffset>
                </wp:positionH>
                <wp:positionV relativeFrom="page">
                  <wp:posOffset>7110888</wp:posOffset>
                </wp:positionV>
                <wp:extent cx="7397166" cy="731663"/>
                <wp:effectExtent l="0" t="0" r="0" b="0"/>
                <wp:wrapNone/>
                <wp:docPr id="1449" name="Text 14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7166" cy="731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45"/>
                                <w:szCs w:val="45"/>
                              </w:rPr>
                              <w:t xml:space="preserve">New calendar, same big dreams. Happy new</w:t>
                            </w:r>
                          </w:p>
                          <w:p>
                            <w:pPr>
                              <w:spacing w:before="0" w:after="0" w:line="64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45"/>
                                <w:szCs w:val="45"/>
                              </w:rPr>
                              <w:t xml:space="preserve">year!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3802563</wp:posOffset>
                </wp:positionH>
                <wp:positionV relativeFrom="page">
                  <wp:posOffset>12048648</wp:posOffset>
                </wp:positionV>
                <wp:extent cx="2681873" cy="205740"/>
                <wp:effectExtent l="0" t="0" r="0" b="0"/>
                <wp:wrapNone/>
                <wp:docPr id="1450" name="Text 14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1873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5F5FF"/>
                                <w:spacing w:val="55"/>
                                <w:sz w:val="28"/>
                                <w:szCs w:val="28"/>
                              </w:rPr>
                              <w:t xml:space="preserve"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Hello 2027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