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328148" cy="12910185"/>
            <wp:effectExtent l="0" t="0" r="0" b="0"/>
            <wp:wrapNone/>
            <wp:docPr id="1451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451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28148" cy="12910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4016189</wp:posOffset>
                </wp:positionH>
                <wp:positionV relativeFrom="page">
                  <wp:posOffset>758666</wp:posOffset>
                </wp:positionV>
                <wp:extent cx="2254621" cy="270033"/>
                <wp:effectExtent l="0" t="0" r="0" b="0"/>
                <wp:wrapNone/>
                <wp:docPr id="1452" name="Text 145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4621" cy="2700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25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pacing w:val="72"/>
                                <w:sz w:val="36"/>
                                <w:szCs w:val="36"/>
                              </w:rPr>
                              <w:t xml:space="preserve">COUNTDOWN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707231</wp:posOffset>
                </wp:positionH>
                <wp:positionV relativeFrom="page">
                  <wp:posOffset>7890128</wp:posOffset>
                </wp:positionV>
                <wp:extent cx="9528333" cy="2057400"/>
                <wp:effectExtent l="0" t="0" r="0" b="0"/>
                <wp:wrapNone/>
                <wp:docPr id="1453" name="Text 145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8333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240" w:lineRule="exact"/>
                              <w:jc w:val="left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color w:val="EFE6D2"/>
                                <w:spacing w:val="62"/>
                                <w:sz w:val="243"/>
                                <w:szCs w:val="243"/>
                              </w:rPr>
                              <w:t xml:space="preserve">Ten, Nine,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707231</wp:posOffset>
                </wp:positionH>
                <wp:positionV relativeFrom="page">
                  <wp:posOffset>9309735</wp:posOffset>
                </wp:positionV>
                <wp:extent cx="6624265" cy="2057400"/>
                <wp:effectExtent l="0" t="0" r="0" b="0"/>
                <wp:wrapNone/>
                <wp:docPr id="1454" name="Text 145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4265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240" w:lineRule="exact"/>
                              <w:jc w:val="left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color w:val="EFE6D2"/>
                                <w:spacing w:val="-48"/>
                                <w:sz w:val="243"/>
                                <w:szCs w:val="243"/>
                              </w:rPr>
                              <w:t xml:space="preserve">Eight…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707231</wp:posOffset>
                </wp:positionH>
                <wp:positionV relativeFrom="page">
                  <wp:posOffset>11277123</wp:posOffset>
                </wp:positionV>
                <wp:extent cx="6760427" cy="623649"/>
                <wp:effectExtent l="0" t="0" r="0" b="0"/>
                <wp:wrapNone/>
                <wp:docPr id="1455" name="Text 145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0427" cy="6236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25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EFE6D2"/>
                                <w:sz w:val="38"/>
                                <w:szCs w:val="38"/>
                              </w:rPr>
                              <w:t xml:space="preserve">Thank you for an amazing year. See you on the</w:t>
                            </w:r>
                          </w:p>
                          <w:p>
                            <w:pPr>
                              <w:spacing w:before="0" w:after="0" w:line="55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EFE6D2"/>
                                <w:sz w:val="38"/>
                                <w:szCs w:val="38"/>
                              </w:rPr>
                              <w:t xml:space="preserve">other side.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6866954</wp:posOffset>
                </wp:positionH>
                <wp:positionV relativeFrom="page">
                  <wp:posOffset>12254388</wp:posOffset>
                </wp:positionV>
                <wp:extent cx="2712814" cy="192881"/>
                <wp:effectExtent l="0" t="0" r="0" b="0"/>
                <wp:wrapNone/>
                <wp:docPr id="1456" name="Text 145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2814" cy="1928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3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EFE6D2"/>
                                <w:spacing w:val="41"/>
                                <w:sz w:val="26"/>
                                <w:szCs w:val="26"/>
                              </w:rPr>
                              <w:t xml:space="preserve">SAMPLE NYE PARTY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6200" w:h="2025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Ten, Nine, Eight…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