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7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7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10713110</wp:posOffset>
                </wp:positionV>
                <wp:extent cx="11500956" cy="2249424"/>
                <wp:effectExtent l="0" t="0" r="0" b="0"/>
                <wp:wrapNone/>
                <wp:docPr id="3173" name="Text 31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0956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pacing w:val="19"/>
                                <w:sz w:val="317"/>
                                <w:szCs w:val="317"/>
                              </w:rPr>
                              <w:t xml:space="preserve">Strength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12563856</wp:posOffset>
                </wp:positionV>
                <wp:extent cx="6018399" cy="2249424"/>
                <wp:effectExtent l="0" t="0" r="0" b="0"/>
                <wp:wrapNone/>
                <wp:docPr id="3174" name="Text 31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8399" cy="2249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4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pacing w:val="-125"/>
                                <w:sz w:val="317"/>
                                <w:szCs w:val="317"/>
                              </w:rPr>
                              <w:t xml:space="preserve">Club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14813279</wp:posOffset>
                </wp:positionV>
                <wp:extent cx="6223634" cy="886968"/>
                <wp:effectExtent l="0" t="0" r="0" b="0"/>
                <wp:wrapNone/>
                <wp:docPr id="3175" name="Text 31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634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55"/>
                                <w:szCs w:val="55"/>
                              </w:rPr>
                              <w:t xml:space="preserve">Barbell basics in small groups,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55"/>
                                <w:szCs w:val="55"/>
                              </w:rPr>
                              <w:t xml:space="preserve">coached every rep.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15380208</wp:posOffset>
                </wp:positionV>
                <wp:extent cx="2227752" cy="201168"/>
                <wp:effectExtent l="0" t="0" r="0" b="0"/>
                <wp:wrapNone/>
                <wp:docPr id="3176" name="Text 31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75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33"/>
                                <w:sz w:val="28"/>
                                <w:szCs w:val="28"/>
                              </w:rPr>
                              <w:t xml:space="preserve">MON/WED/FRI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11829821</wp:posOffset>
                </wp:positionH>
                <wp:positionV relativeFrom="page">
                  <wp:posOffset>15307056</wp:posOffset>
                </wp:positionV>
                <wp:extent cx="1428978" cy="292608"/>
                <wp:effectExtent l="0" t="0" r="0" b="0"/>
                <wp:wrapNone/>
                <wp:docPr id="3177" name="Text 31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97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z w:val="40"/>
                                <w:szCs w:val="40"/>
                              </w:rPr>
                              <w:t xml:space="preserve">7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16111727</wp:posOffset>
                </wp:positionV>
                <wp:extent cx="1451084" cy="201168"/>
                <wp:effectExtent l="0" t="0" r="0" b="0"/>
                <wp:wrapNone/>
                <wp:docPr id="3178" name="Text 31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084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02C26"/>
                                <w:spacing w:val="33"/>
                                <w:sz w:val="28"/>
                                <w:szCs w:val="28"/>
                              </w:rPr>
                              <w:t xml:space="preserve">BATCH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11393481</wp:posOffset>
                </wp:positionH>
                <wp:positionV relativeFrom="page">
                  <wp:posOffset>16038575</wp:posOffset>
                </wp:positionV>
                <wp:extent cx="1869158" cy="292608"/>
                <wp:effectExtent l="0" t="0" r="0" b="0"/>
                <wp:wrapNone/>
                <wp:docPr id="3179" name="Text 31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15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D0F2B"/>
                                <w:sz w:val="40"/>
                                <w:szCs w:val="40"/>
                              </w:rPr>
                              <w:t xml:space="preserve">8 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 Club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