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18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18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530352</wp:posOffset>
                </wp:positionH>
                <wp:positionV relativeFrom="page">
                  <wp:posOffset>-1062532</wp:posOffset>
                </wp:positionV>
                <wp:extent cx="14026896" cy="13094208"/>
                <wp:effectExtent l="0" t="0" r="0" b="0"/>
                <wp:wrapNone/>
                <wp:docPr id="3181" name="Text 31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26896" cy="130942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62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7A1A"/>
                                <w:spacing w:val="-703"/>
                                <w:sz w:val="1564"/>
                                <w:szCs w:val="1564"/>
                              </w:rPr>
                              <w:t xml:space="preserve">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1042416</wp:posOffset>
                </wp:positionV>
                <wp:extent cx="2536545" cy="292608"/>
                <wp:effectExtent l="0" t="0" r="0" b="0"/>
                <wp:wrapNone/>
                <wp:docPr id="3182" name="Text 31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6545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F1E8"/>
                                <w:spacing w:val="56"/>
                                <w:sz w:val="40"/>
                                <w:szCs w:val="40"/>
                              </w:rPr>
                              <w:t xml:space="preserve">CHALLENGE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12390119</wp:posOffset>
                </wp:positionV>
                <wp:extent cx="7526397" cy="2029968"/>
                <wp:effectExtent l="0" t="0" r="0" b="0"/>
                <wp:wrapNone/>
                <wp:docPr id="3183" name="Text 31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6397" cy="20299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96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F1E8"/>
                                <w:sz w:val="242"/>
                                <w:szCs w:val="242"/>
                              </w:rPr>
                              <w:t xml:space="preserve">30-DAY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13803782</wp:posOffset>
                </wp:positionV>
                <wp:extent cx="5825785" cy="2029968"/>
                <wp:effectExtent l="0" t="0" r="0" b="0"/>
                <wp:wrapNone/>
                <wp:docPr id="3184" name="Text 31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5785" cy="20299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96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F1E8"/>
                                <w:sz w:val="242"/>
                                <w:szCs w:val="242"/>
                              </w:rPr>
                              <w:t xml:space="preserve">CORE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15797174</wp:posOffset>
                </wp:positionV>
                <wp:extent cx="8234777" cy="886968"/>
                <wp:effectExtent l="0" t="0" r="0" b="0"/>
                <wp:wrapNone/>
                <wp:docPr id="3185" name="Text 31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34777" cy="8869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6F1E8"/>
                                <w:sz w:val="55"/>
                                <w:szCs w:val="55"/>
                              </w:rPr>
                              <w:t xml:space="preserve">Ten minutes a day. Stronger posture in a</w:t>
                            </w:r>
                          </w:p>
                          <w:p>
                            <w:pPr>
                              <w:spacing w:before="0" w:after="0" w:line="79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6F1E8"/>
                                <w:sz w:val="55"/>
                                <w:szCs w:val="55"/>
                              </w:rPr>
                              <w:t xml:space="preserve">month.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9351025</wp:posOffset>
                </wp:positionH>
                <wp:positionV relativeFrom="page">
                  <wp:posOffset>17337024</wp:posOffset>
                </wp:positionV>
                <wp:extent cx="4273534" cy="274320"/>
                <wp:effectExtent l="0" t="0" r="0" b="0"/>
                <wp:wrapNone/>
                <wp:docPr id="3186" name="Text 31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3534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6F1E8"/>
                                <w:spacing w:val="55"/>
                                <w:sz w:val="37"/>
                                <w:szCs w:val="37"/>
                              </w:rPr>
                              <w:t xml:space="preserve">SAMPLE FITNESS APP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17337024</wp:posOffset>
                </wp:positionV>
                <wp:extent cx="1178890" cy="274320"/>
                <wp:effectExtent l="0" t="0" r="0" b="0"/>
                <wp:wrapNone/>
                <wp:docPr id="3187" name="Text 31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889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6F1E8"/>
                                <w:spacing w:val="56"/>
                                <w:sz w:val="37"/>
                                <w:szCs w:val="37"/>
                              </w:rPr>
                              <w:t xml:space="preserve">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30-Day Core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