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8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8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786383</wp:posOffset>
                </wp:positionH>
                <wp:positionV relativeFrom="page">
                  <wp:posOffset>6638544</wp:posOffset>
                </wp:positionV>
                <wp:extent cx="13770864" cy="8211311"/>
                <wp:effectExtent l="0" t="0" r="0" b="0"/>
                <wp:wrapNone/>
                <wp:docPr id="3189" name="Text 318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70864" cy="8211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2931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FFCB63"/>
                                <w:spacing w:val="349"/>
                                <w:sz w:val="1079"/>
                                <w:szCs w:val="1079"/>
                              </w:rPr>
                              <w:t xml:space="preserve">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1991563</wp:posOffset>
                </wp:positionV>
                <wp:extent cx="3712463" cy="2103120"/>
                <wp:effectExtent l="0" t="0" r="0" b="0"/>
                <wp:wrapNone/>
                <wp:docPr id="3190" name="Text 319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2463" cy="210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2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D0F2B"/>
                                <w:sz w:val="276"/>
                                <w:szCs w:val="276"/>
                              </w:rPr>
                              <w:t xml:space="preserve">SPIN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3606393</wp:posOffset>
                </wp:positionV>
                <wp:extent cx="4712157" cy="2103120"/>
                <wp:effectExtent l="0" t="0" r="0" b="0"/>
                <wp:wrapNone/>
                <wp:docPr id="3191" name="Text 319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2157" cy="2103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312" w:lineRule="exact"/>
                              <w:jc w:val="left"/>
                            </w:pPr>
                            <w:r>
                              <w:rPr>
                                <w:rFonts w:ascii="Bebas Neue" w:hAnsi="Bebas Neue" w:cs="Bebas Neue" w:eastAsia="Bebas Neue"/>
                                <w:b/>
                                <w:bCs/>
                                <w:color w:val="1D0F2B"/>
                                <w:sz w:val="276"/>
                                <w:szCs w:val="276"/>
                              </w:rPr>
                              <w:t xml:space="preserve">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5746089</wp:posOffset>
                </wp:positionV>
                <wp:extent cx="5906223" cy="976579"/>
                <wp:effectExtent l="0" t="0" r="0" b="0"/>
                <wp:wrapNone/>
                <wp:docPr id="3192" name="Text 319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6223" cy="9765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D0F2B"/>
                                <w:sz w:val="60"/>
                                <w:szCs w:val="60"/>
                              </w:rPr>
                              <w:t xml:space="preserve">Lights down, music up, 45</w:t>
                            </w:r>
                          </w:p>
                          <w:p>
                            <w:pPr>
                              <w:spacing w:before="0" w:after="0" w:line="875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1D0F2B"/>
                                <w:sz w:val="60"/>
                                <w:szCs w:val="60"/>
                              </w:rPr>
                              <w:t xml:space="preserve">minutes of climbing.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1005840</wp:posOffset>
                </wp:positionH>
                <wp:positionV relativeFrom="page">
                  <wp:posOffset>17099280</wp:posOffset>
                </wp:positionV>
                <wp:extent cx="3577875" cy="347472"/>
                <wp:effectExtent l="0" t="0" r="0" b="0"/>
                <wp:wrapNone/>
                <wp:docPr id="3193" name="Text 319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7875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D0F2B"/>
                                <w:spacing w:val="46"/>
                                <w:sz w:val="46"/>
                                <w:szCs w:val="46"/>
                              </w:rPr>
                              <w:t xml:space="preserve">SAMPLE STUDIO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11965152</wp:posOffset>
                </wp:positionH>
                <wp:positionV relativeFrom="page">
                  <wp:posOffset>17099280</wp:posOffset>
                </wp:positionV>
                <wp:extent cx="1659407" cy="347472"/>
                <wp:effectExtent l="0" t="0" r="0" b="0"/>
                <wp:wrapNone/>
                <wp:docPr id="3194" name="Text 319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9407" cy="3474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47" w:lineRule="exact"/>
                              <w:jc w:val="righ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D0F2B"/>
                                <w:spacing w:val="46"/>
                                <w:sz w:val="46"/>
                                <w:szCs w:val="46"/>
                              </w:rPr>
                              <w:t xml:space="preserve">7 PM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 Night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