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9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9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9890150</wp:posOffset>
                </wp:positionV>
                <wp:extent cx="12181841" cy="3511296"/>
                <wp:effectExtent l="0" t="0" r="0" b="0"/>
                <wp:wrapNone/>
                <wp:docPr id="3196" name="Text 31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81841" cy="3511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529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6F1E8"/>
                                <w:spacing w:val="177"/>
                                <w:sz w:val="461"/>
                                <w:szCs w:val="461"/>
                              </w:rPr>
                              <w:t xml:space="preserve">BREATHE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12523622</wp:posOffset>
                </wp:positionV>
                <wp:extent cx="6771244" cy="3511296"/>
                <wp:effectExtent l="0" t="0" r="0" b="0"/>
                <wp:wrapNone/>
                <wp:docPr id="3197" name="Text 31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1244" cy="3511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529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6F1E8"/>
                                <w:sz w:val="461"/>
                                <w:szCs w:val="461"/>
                              </w:rPr>
                              <w:t xml:space="preserve">DEEP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1586712" cy="292608"/>
                <wp:effectExtent l="0" t="0" r="0" b="0"/>
                <wp:wrapNone/>
                <wp:docPr id="3198" name="Text 31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712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52"/>
                                <w:sz w:val="40"/>
                                <w:szCs w:val="40"/>
                              </w:rPr>
                              <w:t xml:space="preserve">YOGA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15632582</wp:posOffset>
                </wp:positionV>
                <wp:extent cx="10728883" cy="905256"/>
                <wp:effectExtent l="0" t="0" r="0" b="0"/>
                <wp:wrapNone/>
                <wp:docPr id="3199" name="Text 31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28883" cy="905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55"/>
                                <w:szCs w:val="55"/>
                              </w:rPr>
                              <w:t xml:space="preserve">Hatha and pranayama for beginners. Mats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55"/>
                                <w:szCs w:val="55"/>
                              </w:rPr>
                              <w:t xml:space="preserve">provided.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11503780</wp:posOffset>
                </wp:positionH>
                <wp:positionV relativeFrom="page">
                  <wp:posOffset>17501616</wp:posOffset>
                </wp:positionV>
                <wp:extent cx="2120779" cy="292608"/>
                <wp:effectExtent l="0" t="0" r="0" b="0"/>
                <wp:wrapNone/>
                <wp:docPr id="3200" name="Text 32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77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48"/>
                                <w:sz w:val="40"/>
                                <w:szCs w:val="40"/>
                              </w:rPr>
                              <w:t xml:space="preserve">6:30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Breathe Deep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